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t>辽宁科技学院</w:t>
      </w:r>
    </w:p>
    <w:p>
      <w:pPr>
        <w:pStyle w:val="Heading1"/>
      </w:pPr>
      <w:r>
        <w:t>实  习  报  告</w:t>
      </w:r>
    </w:p>
    <w:p>
      <w:r>
        <w:t>姓名：杨璐    学号：74133240622</w:t>
      </w:r>
    </w:p>
    <w:p>
      <w:r>
        <w:t>系部：电信学院    专业：计算机科学与技术</w:t>
      </w:r>
    </w:p>
    <w:p>
      <w:r>
        <w:t>班级：计BZ246    指导教师：王宇婷</w:t>
      </w:r>
    </w:p>
    <w:p>
      <w:r>
        <w:t>实习名称：校企合作训练项目    实习时间：2025.12.1—2026.1.16</w:t>
      </w:r>
    </w:p>
    <w:p>
      <w:r>
        <w:t>实习单位：智慧南楼-502</w:t>
      </w:r>
    </w:p>
    <w:p>
      <w:r>
        <w:t>辽宁科技学院教务处制</w:t>
      </w:r>
    </w:p>
    <w:p>
      <w:r>
        <w:br w:type="page"/>
      </w:r>
    </w:p>
    <w:p>
      <w:pPr>
        <w:pStyle w:val="Heading1"/>
      </w:pPr>
      <w:r>
        <w:t>1、课程实践的目的、意义</w:t>
      </w:r>
    </w:p>
    <w:p>
      <w:r>
        <w:t>实习内容为Web应用开发（CSS+JavaScript）、JavaWeb应用开发。计划在校内实施相关项目学习，由校方老师和企业老师指导具体实习任务。</w:t>
      </w:r>
    </w:p>
    <w:p>
      <w:pPr>
        <w:pStyle w:val="Heading2"/>
      </w:pPr>
      <w:r>
        <w:t>（一）获取知识目标</w:t>
      </w:r>
    </w:p>
    <w:p>
      <w:r>
        <w:t>教学目标1：掌握Java Web应用开发的一般流程和方法，能够独立完成基于B/S架构的应用系统设计与实现。</w:t>
      </w:r>
    </w:p>
    <w:p>
      <w:r>
        <w:t>教学目标2：深入理解前后端分离的开发模式；熟练掌握原生HTML/CSS/JavaScript前端开发及Spring Boot后端框架的使用方法；能够运用现代Web开发技术栈完成企业级项目的开发。</w:t>
      </w:r>
    </w:p>
    <w:p>
      <w:pPr>
        <w:pStyle w:val="Heading2"/>
      </w:pPr>
      <w:r>
        <w:t>（二）分析问题目标</w:t>
      </w:r>
    </w:p>
    <w:p>
      <w:r>
        <w:t>教学目标3：了解软件项目开发的完整生命周期；掌握系统需求分析、架构设计、数据库设计等方法；能够独立解决项目开发过程中遇到的技术难题。</w:t>
      </w:r>
    </w:p>
    <w:p>
      <w:pPr>
        <w:pStyle w:val="Heading2"/>
      </w:pPr>
      <w:r>
        <w:t>（三）解决问题目标</w:t>
      </w:r>
    </w:p>
    <w:p>
      <w:r>
        <w:t>教学目标4：能够规范编写项目技术文档；依照实习报告格式要求撰写完整的课程实践报告；报告内容完整，格式规范，杜绝抄袭。</w:t>
      </w:r>
    </w:p>
    <w:p>
      <w:pPr>
        <w:pStyle w:val="Heading2"/>
      </w:pPr>
      <w:r>
        <w:t>（四）思政目标</w:t>
      </w:r>
    </w:p>
    <w:p>
      <w:r>
        <w:t>着眼于大学生世界观、价值观的塑造，使学生明白科技创新的重要性；培养学生严谨的工程态度和团队协作精神；使学生明确作为社会主义事业建设者和接班人所肩负的责任和使命。</w:t>
      </w:r>
    </w:p>
    <w:p>
      <w:pPr>
        <w:pStyle w:val="Heading1"/>
      </w:pPr>
      <w:r>
        <w:t>2、课程实践的内容</w:t>
      </w:r>
    </w:p>
    <w:p>
      <w:pPr>
        <w:pStyle w:val="Heading2"/>
      </w:pPr>
      <w:r>
        <w:t>1、绪论</w:t>
      </w:r>
    </w:p>
    <w:p>
      <w:pPr>
        <w:pStyle w:val="Heading3"/>
      </w:pPr>
      <w:r>
        <w:t>1.1 研究目的与意义</w:t>
      </w:r>
    </w:p>
    <w:p>
      <w:r>
        <w:t>随着我国汽车保有量的持续增长，汽车后市场服务需求日益旺盛。4S店作为汽车销售和售后服务的主要渠道，承担着大量车辆的维修保养工作。然而，传统4S店在经营管理中普遍存在信息化程度不高、业务流程不规范、数据管理混乱等问题，严重影响了服务质量和运营效率。</w:t>
      </w:r>
    </w:p>
    <w:p>
      <w:r>
        <w:t>信息化管理模式是将行业中的工作流程由人工服务，逐渐转换为使用计算机技术的信息化管理服务。这种管理模式发展迅速，使用起来非常简单容易，用户甚至不用掌握相关的专业知识，根据教程指导即可正常使用相关的系统，因而被越来越多的用户所使用。</w:t>
      </w:r>
    </w:p>
    <w:p>
      <w:r>
        <w:t>同时研究基于SpringBoot的车辆维保管理系统也有很多意义。从企业运营角度能有效提高管理效率。它可以自动化处理车辆维修保养的各个流程，如客户预约、工单管理、配件库存等，减少人工操作的繁琐环节和可能出现的错误，实现业务流程的精准管理。</w:t>
      </w:r>
    </w:p>
    <w:p>
      <w:pPr>
        <w:pStyle w:val="Heading3"/>
      </w:pPr>
      <w:r>
        <w:t>1.2 国内外研究现状</w:t>
      </w:r>
    </w:p>
    <w:p>
      <w:r>
        <w:t>在国外，汽车售后服务信息化起步较早，欧美等发达国家的汽车连锁服务企业普遍采用了先进的信息管理系统。知名汽车厂商如宝马、奔驰等都拥有完善的售后服务管理系统，实现了从客户预约、维修接待、工单管理到配件库存的全流程信息化管理。</w:t>
      </w:r>
    </w:p>
    <w:p>
      <w:r>
        <w:t>在国内，随着汽车产业的快速发展，汽车后市场信息化建设也逐渐受到重视。大概在20世纪90年代，我国才开始研发汽车维修管理系统，与一些发达国家相比，系统研发起步比较晚。</w:t>
      </w:r>
    </w:p>
    <w:p>
      <w:pPr>
        <w:pStyle w:val="Heading2"/>
      </w:pPr>
      <w:r>
        <w:t>2、系统分析</w:t>
      </w:r>
    </w:p>
    <w:p>
      <w:pPr>
        <w:pStyle w:val="Heading3"/>
      </w:pPr>
      <w:r>
        <w:t>2.1 需求分析</w:t>
      </w:r>
    </w:p>
    <w:p>
      <w:r>
        <w:t>功能需求分析是软件系统开发过程中的一个关键环节。在车管家4S店车辆维保管理系统中，系统设计了三级用户权限体系：管理员、工作人员和客户。用户管理功能需求分析是支持用户注册、登录，信息的录入与修改，具备用户权限管理功能，便于风险管控。</w:t>
      </w:r>
    </w:p>
    <w:p>
      <w:pPr>
        <w:pStyle w:val="Heading3"/>
      </w:pPr>
      <w:r>
        <w:t>2.2 可行性分析</w:t>
      </w:r>
    </w:p>
    <w:p>
      <w:r>
        <w:t>技术可行性：车管家4S店车辆维保管理系统选用SpringBoot框架，它已在行业内广泛应用，拥有庞大的开发者社区。这意味着开发过程中遇到问题能迅速从海量的技术文档、论坛讨论及开源代码示例中获取解决方案。</w:t>
      </w:r>
    </w:p>
    <w:p>
      <w:pPr>
        <w:pStyle w:val="Heading2"/>
      </w:pPr>
      <w:r>
        <w:t>3、系统使用相关技术</w:t>
      </w:r>
    </w:p>
    <w:p>
      <w:r>
        <w:t>后端开发技术采用了SpringBoot框架以及Java语言。数据库技术采用了关系型数据库MySQL。前端开发技术采用HTML/CSS/JavaScript，使用了Bootstrap 5前端框架。系统采用B/S架构，用户通过浏览器访问系统。</w:t>
      </w:r>
    </w:p>
    <w:p>
      <w:pPr>
        <w:pStyle w:val="Heading2"/>
      </w:pPr>
      <w:r>
        <w:t>4、系统设计</w:t>
      </w:r>
    </w:p>
    <w:p>
      <w:pPr>
        <w:pStyle w:val="Heading3"/>
      </w:pPr>
      <w:r>
        <w:t>4.1 项目1：JavaScript+CSS项目</w:t>
      </w:r>
    </w:p>
    <w:p>
      <w:pPr>
        <w:pStyle w:val="Heading4"/>
      </w:pPr>
      <w:r>
        <w:t>4.1.1、页面布局</w:t>
      </w:r>
    </w:p>
    <w:p>
      <w:r>
        <w:t>系统设计了四个主要页面：登录页面、管理员仪表板页面、工作人员仪表板页面、客户中心页面。登录页面布局简洁大方，包含用户名、密码输入框、角色选择以及"登录"按钮。</w:t>
      </w:r>
    </w:p>
    <w:p>
      <w:pPr>
        <w:pStyle w:val="Heading4"/>
      </w:pPr>
      <w:r>
        <w:t>4.1.2、页面设计</w:t>
      </w:r>
    </w:p>
    <w:p>
      <w:r>
        <w:t>系统页面设计通过合理的布局、清晰的导航栏能让用户便捷地找到信息。页面采用Bootstrap 5框架的蓝色调为主的页面设计，体现专业性和科技感。</w:t>
      </w:r>
    </w:p>
    <w:p>
      <w:pPr>
        <w:pStyle w:val="Heading4"/>
      </w:pPr>
      <w:r>
        <w:t>4.1.3、表单验证</w:t>
      </w:r>
    </w:p>
    <w:p>
      <w:r>
        <w:t>系统通过输入用户名和密码，系统与数据库中存储的用户信息进行比对验证，确认用户身份是否合法，防止非法访问。在创建维修工单时，系统会对输入的车辆信息、故障描述等进行验证。</w:t>
      </w:r>
    </w:p>
    <w:p>
      <w:pPr>
        <w:pStyle w:val="Heading3"/>
      </w:pPr>
      <w:r>
        <w:t>4.2 项目2：后端功能模块设计</w:t>
      </w:r>
    </w:p>
    <w:p>
      <w:pPr>
        <w:pStyle w:val="Heading4"/>
      </w:pPr>
      <w:r>
        <w:t>4.2.1、登录和注册模块</w:t>
      </w:r>
    </w:p>
    <w:p>
      <w:r>
        <w:t>车管家4S店车辆维保管理系统登录模块，通过简单直观的页面设计易于用户理解跟操作。登录页面包含用户名、密码输入框和角色选择（管理员、工作人员、客户），用户手动输入账号与密码即可登录系统。</w:t>
      </w:r>
    </w:p>
    <w:p>
      <w:pPr>
        <w:pStyle w:val="Heading4"/>
      </w:pPr>
      <w:r>
        <w:t>4.2.2、主调模块</w:t>
      </w:r>
    </w:p>
    <w:p>
      <w:r>
        <w:t>车辆维保管理模块是系统的一个主要模块。它主要负责车辆信息的维护和管理，包括车辆的基本信息录入、车辆状态更新、当前里程记录、保养时间跟踪等。维保工单管理模块是系统的核心功能模块，支持四种服务类型：保养维护、维修服务、美容服务、保险代理。</w:t>
      </w:r>
    </w:p>
    <w:p>
      <w:pPr>
        <w:pStyle w:val="Heading4"/>
      </w:pPr>
      <w:r>
        <w:t>4.2.3、分功能模块</w:t>
      </w:r>
    </w:p>
    <w:p>
      <w:r>
        <w:t>配件库存管理模块是系统的重要组成部分。该模块提供配件信息的完整管理功能，包括配件名称、类别、品牌、型号、单位、单价、库存数量、最小库存预警值等字段的录入和维护。服务项目管理模块建立了标准服务项目库。数据统计模块提供系统概览统计功能。</w:t>
      </w:r>
    </w:p>
    <w:p>
      <w:pPr>
        <w:pStyle w:val="Heading2"/>
      </w:pPr>
      <w:r>
        <w:t>5、系统测试与运行</w:t>
      </w:r>
    </w:p>
    <w:p>
      <w:r>
        <w:t>单元测试是对该系统的最小可测试单元进行的测试。集成测试将各个经过单元测试的模块组合在一起，测试这些模块之间的接口和交互是否正确。安全性测试用于评估该系统保护数据和抵御潜在安全威胁的能力。</w:t>
      </w:r>
    </w:p>
    <w:p>
      <w:r>
        <w:br w:type="page"/>
      </w:r>
    </w:p>
    <w:p>
      <w:pPr>
        <w:pStyle w:val="Heading1"/>
      </w:pPr>
      <w:r>
        <w:t>3、课程实践总结</w:t>
      </w:r>
    </w:p>
    <w:p>
      <w:r>
        <w:t>为期六周的校企合作训练项目即将结束，通过参与"车管家4S店车辆维保管理系统"的设计与开发，我在技术能力、工程素养和职业认知等方面都有了显著的提升。</w:t>
      </w:r>
    </w:p>
    <w:p>
      <w:r>
        <w:t>实训前，虽对车辆维保管理概念有初步了解，但仅停留在表面。此次深入其中，才真切掌握其复杂而精细的业务逻辑。从客户服务源头，明白了如何识别客户需求、提供差异化服务策略，建立了客户信息管理系统，包含会员等级和积分系统。</w:t>
      </w:r>
    </w:p>
    <w:p>
      <w:r>
        <w:t>技术实现是将车辆维保业务蓝图落地的关键画笔。数据库搭建方面，运用MySQL数据库，设计了9张核心数据表，依据客户、车辆、工单、配件等实体关系，精心设计表结构。</w:t>
      </w:r>
    </w:p>
    <w:p>
      <w:r>
        <w:t>编程实践中，前端HTML/CSS/JavaScript结合Bootstrap 5框架，后端使用Spring Boot打造系统前后台。前端界面聚焦用户体验，设计了四个主要页面：登录页面、管理员仪表板、工作人员仪表板、客户中心。</w:t>
      </w:r>
    </w:p>
    <w:p>
      <w:r>
        <w:t>实践并非坦途，诸多问题纷至沓来。性能瓶颈首当其冲，伴随模拟业务量增长，系统响应迟缓，工单查询耗时过长。经排查，发现数据库查询语句缺乏优化，索引设置不合理，通过重构查询逻辑、按需添加索引，结合缓存技术暂存高频访问数据，大幅提速。</w:t>
      </w:r>
    </w:p>
    <w:p>
      <w:r>
        <w:t>本系统是以B/S模式为网络结构模式，在IDEA开发环境中，首先使用Java语言设计系统功能，使用MySQL数据库存储数据信息，然后使用Spring Boot框架搭建后端服务，通过RESTful API实现前端JavaScript与后台的数据交互，前端使用Bootstrap 5框架构建响应式用户界面。</w:t>
      </w:r>
    </w:p>
    <w:p>
      <w:r>
        <w:t>如今是信息化的社会，随着大数据技术、人工智能、深度学习等新一代科学技术力量的出现，大大加快了各行业信息化建设的进程。我们应该努力学习新一代科学技术以及相关知识，不断提高自己的专业能力水平。</w:t>
      </w:r>
    </w:p>
    <w:p>
      <w:r>
        <w:t>可成长的路上没有终点，冷静审视，我深知自身不足。系统高扩展性设计关乎未来能否承载业务爆发式增长，智能化运营决策支持功能植入更是能为企业精准导航，而我在这些关键领域仅初窥门径。</w:t>
      </w:r>
    </w:p>
    <w:p>
      <w:r>
        <w:t>由于本人的专业能力和时间有限，本系统可能存在一定的局限性，比如系统处理能力、用户信息安全等方面可能存在不足。本人将通过学习目前比较主流的计算机技术和新型科技知识，并且将其积极的应用到系统的设计过程中。</w:t>
      </w:r>
    </w:p>
    <w:p>
      <w:r>
        <w:t>本人签字：杨璐</w:t>
      </w:r>
    </w:p>
    <w:p>
      <w:r>
        <w:t>日期：2026年1月16日</w:t>
      </w:r>
    </w:p>
    <w:p>
      <w:r>
        <w:br w:type="page"/>
      </w:r>
    </w:p>
    <w:p>
      <w:pPr>
        <w:pStyle w:val="Heading1"/>
      </w:pPr>
      <w:r>
        <w:t>评阅教师评阅意见</w:t>
      </w:r>
    </w:p>
    <w:p>
      <w:r>
        <w:t>评阅成绩：____________________</w:t>
      </w:r>
    </w:p>
    <w:p>
      <w:r>
        <w:t>评阅教师：____________________</w:t>
      </w:r>
    </w:p>
    <w:p>
      <w:r>
        <w:t>日期：______年____月____日</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辽宁科技学院实习报告-杨璐</dc:title>
  <dc:subject/>
  <dc:creator>杨璐</dc:creator>
  <cp:keywords/>
  <dc:description>generated by python-docx</dc:description>
  <cp:lastModifiedBy/>
  <cp:revision>1</cp:revision>
  <dcterms:created xsi:type="dcterms:W3CDTF">2013-12-23T23:15:00Z</dcterms:created>
  <dcterms:modified xsi:type="dcterms:W3CDTF">2013-12-23T23:15:00Z</dcterms:modified>
  <cp:category/>
</cp:coreProperties>
</file>