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爱维宠物医院管理系统的设计与实现</w:t>
      </w:r>
    </w:p>
    <w:p>
      <w:r>
        <w:t># 爱维宠物医院管理系统的设计与实现</w:t>
      </w:r>
    </w:p>
    <w:p>
      <w:r>
        <w:t>## 大连科技学院</w:t>
      </w:r>
    </w:p>
    <w:p>
      <w:r>
        <w:t xml:space="preserve">**信息科学与技术学院**  </w:t>
      </w:r>
    </w:p>
    <w:p>
      <w:r>
        <w:t>**网络工程专业毕业设计(论文)**</w:t>
      </w:r>
    </w:p>
    <w:p>
      <w:r>
        <w:t>---</w:t>
      </w:r>
    </w:p>
    <w:p>
      <w:r>
        <w:t xml:space="preserve">**题目：** 爱维宠物医院管理系统的设计与实现  </w:t>
      </w:r>
    </w:p>
    <w:p>
      <w:r>
        <w:t xml:space="preserve">**学生姓名：** 关鹏飞  </w:t>
      </w:r>
    </w:p>
    <w:p>
      <w:r>
        <w:t xml:space="preserve">**学生学号：** 2406490117  </w:t>
      </w:r>
    </w:p>
    <w:p>
      <w:r>
        <w:t xml:space="preserve">**专业班级：** 网络工程（专升本）24-1  </w:t>
      </w:r>
    </w:p>
    <w:p>
      <w:r>
        <w:t xml:space="preserve">**指导教师：** 刘鑫  </w:t>
      </w:r>
    </w:p>
    <w:p>
      <w:r>
        <w:t xml:space="preserve">**职    称：** 工程师  </w:t>
      </w:r>
    </w:p>
    <w:p>
      <w:r>
        <w:t>2026年 月 日</w:t>
      </w:r>
    </w:p>
    <w:p>
      <w:r>
        <w:t>---</w:t>
      </w:r>
    </w:p>
    <w:p>
      <w:r>
        <w:t>## 摘要</w:t>
      </w:r>
    </w:p>
    <w:p>
      <w:r>
        <w:t>近年来，随着我国居民生活水平的不断提高以及情感需求的逐步增强，宠物已从过去"看家护院"的传统角色，逐渐转变为"家庭成员"般的情感陪伴。根据《2025年中国宠物行业白皮书(消费报告)》数据显示，截至2024年，全国犬猫数量已达到1.2亿只。中国城镇宠物（犬猫）市场规模破3000亿元，预计在2027年将达到4042亿元。</w:t>
      </w:r>
    </w:p>
    <w:p>
      <w:r>
        <w:t>尽管宠物诊疗机构数量已突破2.3万家，行业内仍存在集中度低、信息化程度欠缺以及服务流程规范性不足等诸多待解决的问题。例如，病历以手写形式记录导致易丢失，预约挂号时的长队现象、疫苗与驱虫信息分散、收费项目缺乏透明性等问题，不仅增加了宠物主人的时间成本与心理负担，同时也对宠物医院的运营效率和品牌口碑构成了明显的制约。</w:t>
      </w:r>
    </w:p>
    <w:p>
      <w:r>
        <w:t>本课题聚焦于"爱维宠物医院管理平台"的设计与实现，旨在围绕"提升医院运营效率、优化宠物主就诊体验、保障诊疗数据安全"这三大核心目标，开发出一套包含预约挂号、病历管理、药品库存、收费结算、疫苗驱虫提醒以及数据统计分析等主要功能的信息化系统。</w:t>
      </w:r>
    </w:p>
    <w:p>
      <w:r>
        <w:t>系统采用Spring Boot作为后端框架，结合MySQL数据库和Vue.js前端技术，实现了前后端分离的架构。通过角色权限管理（RBAC），系统为管理员、宠物医生和顾客提供了差异化的功能支持。管理员可以进行全局管理，包括员工账号管理、药品库存管理、统计报表等；医生可以处理门诊接待、病历记录、处方开具等诊疗业务；顾客可以在线预约、查看宠物档案、查询报告等。</w:t>
      </w:r>
    </w:p>
    <w:p>
      <w:r>
        <w:t>通过系统测试验证，该平台能够有效提升宠物医院的运营效率，减少人工处理数据的时间，降低出错几率，并为宠物主人提供便捷的在线服务，增强用户的黏性和信任感。</w:t>
      </w:r>
    </w:p>
    <w:p>
      <w:r>
        <w:t>**关键词：** Spring Boot；宠物医院；管理系统；MySQL；前后端分离</w:t>
      </w:r>
    </w:p>
    <w:p>
      <w:r>
        <w:t>---</w:t>
      </w:r>
    </w:p>
    <w:p>
      <w:r>
        <w:t>## Abstract</w:t>
      </w:r>
    </w:p>
    <w:p>
      <w:r>
        <w:t>In recent years, with the continuous improvement of residents' living standards and the gradual enhancement of emotional needs, pets have gradually transformed from the traditional role of "watchdog" to that of emotional companionship as "family members." According to the "2025 China Pet Industry White Paper (Consumer Report)", by 2024, the number of dogs and cats nationwide had reached 120 million. The scale of China's urban pet (dogs and cats) market has exceeded 300 billion yuan and is expected to reach 404.2 billion yuan by 2027.</w:t>
      </w:r>
    </w:p>
    <w:p>
      <w:r>
        <w:t>Although the number of pet medical institutions has exceeded 23,000, there are still many unsolved problems in the industry, such as low concentration, insufficient informatization, and inadequate standardization of service processes. For example, handwritten medical records are easily lost, long queues during appointment registration, scattered vaccination and deworming information, and lack of transparency in charging items not only increase the time cost and psychological burden of pet owners, but also impose obvious constraints on the operational efficiency and brand reputation of pet hospitals.</w:t>
      </w:r>
    </w:p>
    <w:p>
      <w:r>
        <w:t>This topic focuses on the design and implementation of the "Aiwei Pet Hospital Management Platform," aiming at the three core goals of "improving hospital operational efficiency, optimizing pet owner's medical experience, and ensuring medical data security," to develop an information system that includes major functions such as appointment registration, medical record management, drug inventory, fee settlement, vaccination and deworming reminders, and data statistics and analysis.</w:t>
      </w:r>
    </w:p>
    <w:p>
      <w:r>
        <w:t>The system adopts Spring Boot as the backend framework, combined with MySQL database and Vue.js frontend technology, achieving a separation of frontend and backend architecture. Through role-based permission management (RBAC), the system provides differentiated functional support for administrators, pet doctors, and customers. Administrators can perform global management, including employee account management, drug inventory management, statistical reports, etc.; doctors can handle medical services such as outpatient reception, medical record recording, and prescription issuance; customers can make online appointments, view pet profiles, and query reports.</w:t>
      </w:r>
    </w:p>
    <w:p>
      <w:r>
        <w:t>Through system testing and verification, the platform can effectively improve the operational efficiency of pet hospitals, reduce the time spent manually processing data, decrease the likelihood of errors, and provide convenient online services for pet owners, enhancing user stickiness and trust.</w:t>
      </w:r>
    </w:p>
    <w:p>
      <w:r>
        <w:t>**Keywords:** Spring Boot; Pet Hospital; Management System; MySQL; Frontend-backend Separation</w:t>
      </w:r>
    </w:p>
    <w:p>
      <w:r>
        <w:t>---</w:t>
      </w:r>
    </w:p>
    <w:p>
      <w:r>
        <w:t>## 目录</w:t>
      </w:r>
    </w:p>
    <w:p>
      <w:r>
        <w:t>- [第一章 绪论](#第一章-绪论)</w:t>
      </w:r>
    </w:p>
    <w:p>
      <w:r>
        <w:t xml:space="preserve">  - [1.1 课题来源及意义](#11-课题来源及意义)</w:t>
      </w:r>
    </w:p>
    <w:p>
      <w:r>
        <w:t xml:space="preserve">  - [1.2 课题研究现状](#12-课题研究现状)</w:t>
      </w:r>
    </w:p>
    <w:p>
      <w:r>
        <w:t xml:space="preserve">  - [1.3 当前存在的问题](#13-当前存在的问题)</w:t>
      </w:r>
    </w:p>
    <w:p>
      <w:r>
        <w:t xml:space="preserve">  - [1.4 课题研究目标](#14-课题研究目标)</w:t>
      </w:r>
    </w:p>
    <w:p>
      <w:r>
        <w:t xml:space="preserve">  - [1.5 论文组织结构](#15-论文组织结构)</w:t>
      </w:r>
    </w:p>
    <w:p>
      <w:r>
        <w:t>- [第二章 主要技术和框架](#第二章-主要技术和框架)</w:t>
      </w:r>
    </w:p>
    <w:p>
      <w:r>
        <w:t xml:space="preserve">  - [2.1 主要技术](#21-主要技术)</w:t>
      </w:r>
    </w:p>
    <w:p>
      <w:r>
        <w:t xml:space="preserve">  - [2.2 框架和开发模式](#22-框架和开发模式)</w:t>
      </w:r>
    </w:p>
    <w:p>
      <w:r>
        <w:t>- [第三章 爱维宠物医院管理系统的系统分析](#第三章-爱维宠物医院管理系统的系统分析)</w:t>
      </w:r>
    </w:p>
    <w:p>
      <w:r>
        <w:t xml:space="preserve">  - [3.1 需求分析](#31-需求分析)</w:t>
      </w:r>
    </w:p>
    <w:p>
      <w:r>
        <w:t xml:space="preserve">  - [3.2 可行性分析](#32-可行性分析)</w:t>
      </w:r>
    </w:p>
    <w:p>
      <w:r>
        <w:t xml:space="preserve">  - [3.3 用例图](#33-用例图)</w:t>
      </w:r>
    </w:p>
    <w:p>
      <w:r>
        <w:t xml:space="preserve">  - [3.4 用例描述](#34-用例描述)</w:t>
      </w:r>
    </w:p>
    <w:p>
      <w:r>
        <w:t xml:space="preserve">  - [3.5 系统性能分析](#35-系统性能分析)</w:t>
      </w:r>
    </w:p>
    <w:p>
      <w:r>
        <w:t>- [第四章 爱维宠物医院管理系统的系统设计](#第四章-爱维宠物医院管理系统的系统设计)</w:t>
      </w:r>
    </w:p>
    <w:p>
      <w:r>
        <w:t xml:space="preserve">  - [4.1 系统功能设计](#41-系统功能设计)</w:t>
      </w:r>
    </w:p>
    <w:p>
      <w:r>
        <w:t xml:space="preserve">  - [4.2 类图](#42-类图)</w:t>
      </w:r>
    </w:p>
    <w:p>
      <w:r>
        <w:t xml:space="preserve">  - [4.3 序列图](#43-序列图)</w:t>
      </w:r>
    </w:p>
    <w:p>
      <w:r>
        <w:t xml:space="preserve">  - [4.4 活动图](#44-活动图)</w:t>
      </w:r>
    </w:p>
    <w:p>
      <w:r>
        <w:t xml:space="preserve">  - [4.5 数据库设计](#45-数据库设计)</w:t>
      </w:r>
    </w:p>
    <w:p>
      <w:r>
        <w:t xml:space="preserve">  - [4.6 图形界面设计](#46-图形界面设计)</w:t>
      </w:r>
    </w:p>
    <w:p>
      <w:r>
        <w:t>- [第五章 爱维宠物医院管理系统的系统实现](#第五章-爱维宠物医院管理系统的系统实现)</w:t>
      </w:r>
    </w:p>
    <w:p>
      <w:r>
        <w:t xml:space="preserve">  - [5.1 开发环境搭建](#51-开发环境搭建)</w:t>
      </w:r>
    </w:p>
    <w:p>
      <w:r>
        <w:t xml:space="preserve">  - [5.2 核心功能模块实现](#52-核心功能模块实现)</w:t>
      </w:r>
    </w:p>
    <w:p>
      <w:r>
        <w:t xml:space="preserve">  - [5.3 前后端交互实现](#53-前后端交互实现)</w:t>
      </w:r>
    </w:p>
    <w:p>
      <w:r>
        <w:t xml:space="preserve">  - [5.4 关键技术实现](#54-关键技术实现)</w:t>
      </w:r>
    </w:p>
    <w:p>
      <w:r>
        <w:t>- [第六章 爱维宠物医院管理系统的系统测试](#第六章-爱维宠物医院管理系统的系统测试)</w:t>
      </w:r>
    </w:p>
    <w:p>
      <w:r>
        <w:t xml:space="preserve">  - [6.1 系统测试概述](#61-系统测试概述)</w:t>
      </w:r>
    </w:p>
    <w:p>
      <w:r>
        <w:t xml:space="preserve">  - [6.2 系统测试用例设计](#62-系统测试用例设计)</w:t>
      </w:r>
    </w:p>
    <w:p>
      <w:r>
        <w:t xml:space="preserve">  - [6.3 测试结果分析](#63-测试结果分析)</w:t>
      </w:r>
    </w:p>
    <w:p>
      <w:r>
        <w:t>- [第七章 总结与展望](#第七章-总结与展望)</w:t>
      </w:r>
    </w:p>
    <w:p>
      <w:r>
        <w:t xml:space="preserve">  - [7.1 工作总结](#71-工作总结)</w:t>
      </w:r>
    </w:p>
    <w:p>
      <w:r>
        <w:t xml:space="preserve">  - [7.2 系统特色与创新点](#72-系统特色与创新点)</w:t>
      </w:r>
    </w:p>
    <w:p>
      <w:r>
        <w:t xml:space="preserve">  - [7.3 不足与展望](#73-不足与展望)</w:t>
      </w:r>
    </w:p>
    <w:p>
      <w:r>
        <w:t>- [参考文献](#参考文献)</w:t>
      </w:r>
    </w:p>
    <w:p>
      <w:r>
        <w:t>- [致谢](#致谢)</w:t>
      </w:r>
    </w:p>
    <w:p>
      <w:r>
        <w:t>---</w:t>
      </w:r>
    </w:p>
    <w:p>
      <w:r>
        <w:t>## 第一章 绪论</w:t>
      </w:r>
    </w:p>
    <w:p>
      <w:r>
        <w:t>### 1.1 课题来源及意义</w:t>
      </w:r>
    </w:p>
    <w:p>
      <w:r>
        <w:t>#### 1.1.1 课题来源</w:t>
      </w:r>
    </w:p>
    <w:p>
      <w:r>
        <w:t>随着社会经济的发展和人们生活水平的提高，宠物在人们生活中的地位日益重要。宠物不再仅仅是看家护院的工具，而是成为了人们情感寄托的重要伙伴。据统计，我国宠物市场规模持续扩大，宠物数量快速增长，宠物医疗需求也随之增加。然而，传统的宠物医院管理模式存在诸多弊端，如手工记录、信息孤立、效率低下等问题，严重影响了宠物医院的服务质量和运营效率。</w:t>
      </w:r>
    </w:p>
    <w:p>
      <w:r>
        <w:t>在此背景下，本课题提出开发一套现代化的宠物医院管理系统——爱维宠物医院管理系统，以解决传统管理模式的痛点，提高宠物医院的管理水平和服务质量。</w:t>
      </w:r>
    </w:p>
    <w:p>
      <w:r>
        <w:t>#### 1.1.2 课题意义</w:t>
      </w:r>
    </w:p>
    <w:p>
      <w:r>
        <w:t>本课题的研究与实现具有重要的理论和实践意义：</w:t>
      </w:r>
    </w:p>
    <w:p>
      <w:r>
        <w:t>**理论意义：**</w:t>
      </w:r>
    </w:p>
    <w:p>
      <w:r>
        <w:t>1. 丰富了"互联网+宠物医疗"场景下的信息系统设计理论</w:t>
      </w:r>
    </w:p>
    <w:p>
      <w:r>
        <w:t>2. 为后续开展宠物健康大数据分析及远程诊疗等相关研究提供坚实的理论基础</w:t>
      </w:r>
    </w:p>
    <w:p>
      <w:r>
        <w:t>3. 探索了传统服务业信息化转型的路径和方法</w:t>
      </w:r>
    </w:p>
    <w:p>
      <w:r>
        <w:t>**实践意义：**</w:t>
      </w:r>
    </w:p>
    <w:p>
      <w:r>
        <w:t>1. 为中小型宠物医院提供了一套低成本、可复制、可扩展的信息化解决方案</w:t>
      </w:r>
    </w:p>
    <w:p>
      <w:r>
        <w:t>2. 提升宠物医院的运营效率，降低人力成本</w:t>
      </w:r>
    </w:p>
    <w:p>
      <w:r>
        <w:t>3. 改善宠物主人的就诊体验，增强用户粘性</w:t>
      </w:r>
    </w:p>
    <w:p>
      <w:r>
        <w:t>4. 推动宠物医疗行业的数字化转型</w:t>
      </w:r>
    </w:p>
    <w:p>
      <w:r>
        <w:t>### 1.2 课题研究现状</w:t>
      </w:r>
    </w:p>
    <w:p>
      <w:r>
        <w:t>#### 1.2.1 国外研究现状</w:t>
      </w:r>
    </w:p>
    <w:p>
      <w:r>
        <w:t>国外在宠物医院管理系统的研究和应用方面起步较早，并在管理智能化与服务创新方面走在了前列。欧美国家和地区的宠物医院管理平台，通过整合大数据、云计算和人工智能技术，形成了更加全面、便捷且个性化的服务体系。许多发达国家如美国、英国和澳大利亚，宠物医院管理系统不仅具备预约诊疗、处方管理等基础功能，还加入了远程医疗功能及在线咨询模块，旨在为宠物主人与宠物医生之间提供更加及时高效的沟通渠道。</w:t>
      </w:r>
    </w:p>
    <w:p>
      <w:r>
        <w:t>同时，国外宠物医院系统在药品管理与财务报表呈现等方面更强调数据分析能力。通过结合宠物医疗数据和区域病情信息，许多系统具备预测疾病流行趋势的能力，以支持医院药品库存和服务资源的规划。</w:t>
      </w:r>
    </w:p>
    <w:p>
      <w:r>
        <w:t>#### 1.2.2 国内研究现状</w:t>
      </w:r>
    </w:p>
    <w:p>
      <w:r>
        <w:t>国内宠物医院管理研究主要集中在信息管理平台的开发和服务流程的系统化上。许多学者致力于构建宠物医院的管理信息系统，重点解决门诊预约管理、宠物档案建立、医疗记录存档、药品库存管理、订单支付等问题，以此提升宠物医院运营的效率，同时改善宠物主人的服务体验。</w:t>
      </w:r>
    </w:p>
    <w:p>
      <w:r>
        <w:t>例如，有研究针对门诊预约和宠物档案管理的双向结合提出了数字化解决方案，通过信息化技术实现宠物医疗记录的自动存档与高效检索，从而减少了人工处理数据的时间。而另一部分研究则更加关注宠物主人与宠物医院之间的交互体验探索移动终端应用，提高动态数据的可追溯性和服务的精准性。</w:t>
      </w:r>
    </w:p>
    <w:p>
      <w:r>
        <w:t>### 1.3 当前存在的问题</w:t>
      </w:r>
    </w:p>
    <w:p>
      <w:r>
        <w:t>通过对多家宠物医院的实地调研和问卷调查，发现当前宠物医院管理中存在的主要问题包括：</w:t>
      </w:r>
    </w:p>
    <w:p>
      <w:r>
        <w:t>#### 1.3.1 数据管理问题</w:t>
      </w:r>
    </w:p>
    <w:p>
      <w:r>
        <w:t>1. **病历记录方式落后**：大部分宠物医院仍采用手写病历的方式，存在易丢失、难查找、字迹模糊等问题</w:t>
      </w:r>
    </w:p>
    <w:p>
      <w:r>
        <w:t>2. **数据孤岛现象严重**：各部门之间信息不通畅，数据无法共享</w:t>
      </w:r>
    </w:p>
    <w:p>
      <w:r>
        <w:t>3. **数据统计困难**：缺乏有效的数据分析工具，难以进行经营决策支持</w:t>
      </w:r>
    </w:p>
    <w:p>
      <w:r>
        <w:t>#### 1.3.2 服务流程问题</w:t>
      </w:r>
    </w:p>
    <w:p>
      <w:r>
        <w:t>1. **预约流程低效**：传统电话预约或现场挂号方式导致排队现象严重</w:t>
      </w:r>
    </w:p>
    <w:p>
      <w:r>
        <w:t>2. **服务透明度不足**：收费项目缺乏透明性，容易引起纠纷</w:t>
      </w:r>
    </w:p>
    <w:p>
      <w:r>
        <w:t>3. **客户体验差**：等待时间长，服务效率低</w:t>
      </w:r>
    </w:p>
    <w:p>
      <w:r>
        <w:t>#### 1.3.3 运营管理问题</w:t>
      </w:r>
    </w:p>
    <w:p>
      <w:r>
        <w:t>1. **库存管理混乱**：药品和耗材的进出库记录不准确，经常出现断货或积压</w:t>
      </w:r>
    </w:p>
    <w:p>
      <w:r>
        <w:t>2. **人员管理困难**：缺乏有效的员工绩效考核和排班管理</w:t>
      </w:r>
    </w:p>
    <w:p>
      <w:r>
        <w:t>3. **财务管理不规范**：收入支出记录不清晰，难以进行财务分析</w:t>
      </w:r>
    </w:p>
    <w:p>
      <w:r>
        <w:t>### 1.4 课题研究目标</w:t>
      </w:r>
    </w:p>
    <w:p>
      <w:r>
        <w:t>本课题的研究目标是设计并实现一套功能完善的爱维宠物医院管理系统，具体目标如下：</w:t>
      </w:r>
    </w:p>
    <w:p>
      <w:r>
        <w:t>#### 1.4.1 总体目标</w:t>
      </w:r>
    </w:p>
    <w:p>
      <w:r>
        <w:t>构建一个集预约挂号、病历管理、药品库存、收费结算、数据统计等功能于一体的综合性管理平台，实现宠物医院业务流程的数字化和智能化。</w:t>
      </w:r>
    </w:p>
    <w:p>
      <w:r>
        <w:t>#### 1.4.2 具体目标</w:t>
      </w:r>
    </w:p>
    <w:p>
      <w:r>
        <w:t>1. **实现多角色权限管理**：为管理员、医生、顾客提供差异化的功能支持</w:t>
      </w:r>
    </w:p>
    <w:p>
      <w:r>
        <w:t>2. **建立完整的宠物档案管理**：记录宠物基本信息、疫苗接种、病史等</w:t>
      </w:r>
    </w:p>
    <w:p>
      <w:r>
        <w:t>3. **优化预约流程**：提供在线预约功能，减少排队等待时间</w:t>
      </w:r>
    </w:p>
    <w:p>
      <w:r>
        <w:t>4. **规范病历管理**：实现电子病历，便于查询和统计</w:t>
      </w:r>
    </w:p>
    <w:p>
      <w:r>
        <w:t>5. **完善药品库存管理**：跟踪药品的采购、库存、销售全流程</w:t>
      </w:r>
    </w:p>
    <w:p>
      <w:r>
        <w:t>6. **提供数据统计分析**：为经营管理提供决策支持</w:t>
      </w:r>
    </w:p>
    <w:p>
      <w:r>
        <w:t>### 1.5 论文组织结构</w:t>
      </w:r>
    </w:p>
    <w:p>
      <w:r>
        <w:t>本论文共分为七章，具体组织结构如下：</w:t>
      </w:r>
    </w:p>
    <w:p>
      <w:r>
        <w:t>第一章：绪论。介绍课题的来源、意义、研究现状、存在问题及研究目标。</w:t>
      </w:r>
    </w:p>
    <w:p>
      <w:r>
        <w:t>第二章：主要技术和框架。介绍系统开发所采用的关键技术和框架，包括Java、Spring Boot、MySQL、Vue.js等。</w:t>
      </w:r>
    </w:p>
    <w:p>
      <w:r>
        <w:t>第三章：系统分析。对爱维宠物医院管理系统进行全面的需求分析，包括功能需求、性能需求、可行性分析等。</w:t>
      </w:r>
    </w:p>
    <w:p>
      <w:r>
        <w:t>第四章：系统设计。详细阐述系统的整体架构、功能模块设计、数据库设计、界面设计等。</w:t>
      </w:r>
    </w:p>
    <w:p>
      <w:r>
        <w:t>第五章：系统实现。介绍系统的开发过程，包括环境搭建、核心模块实现、前后端交互等。</w:t>
      </w:r>
    </w:p>
    <w:p>
      <w:r>
        <w:t>第六章：系统测试。描述系统的测试方案、测试用例及测试结果分析。</w:t>
      </w:r>
    </w:p>
    <w:p>
      <w:r>
        <w:t>第七章：总结与展望。总结本文的主要工作，分析系统的特色与不足，展望未来改进方向。</w:t>
      </w:r>
    </w:p>
    <w:p>
      <w:r>
        <w:t>---</w:t>
      </w:r>
    </w:p>
    <w:p>
      <w:r>
        <w:t>## 第二章 主要技术和框架</w:t>
      </w:r>
    </w:p>
    <w:p>
      <w:r>
        <w:t>### 2.1 主要技术</w:t>
      </w:r>
    </w:p>
    <w:p>
      <w:r>
        <w:t>#### 2.1.1 Java开发语言</w:t>
      </w:r>
    </w:p>
    <w:p>
      <w:r>
        <w:t>Java是一种广泛使用的面向对象编程语言，具有跨平台、健壮性强、安全性高等特点。在企业级应用开发中，Java凭借其成熟的生态系统和丰富的框架支持，成为首选的开发语言。</w:t>
      </w:r>
    </w:p>
    <w:p>
      <w:r>
        <w:t>**Java的主要特点：**</w:t>
      </w:r>
    </w:p>
    <w:p>
      <w:r>
        <w:t>1. **跨平台性**：一次编写，到处运行（Write Once, Run Anywhere）</w:t>
      </w:r>
    </w:p>
    <w:p>
      <w:r>
        <w:t>2. **面向对象**：支持封装、继承、多态等面向对象特性</w:t>
      </w:r>
    </w:p>
    <w:p>
      <w:r>
        <w:t>3. **健壮性**：强类型检查、异常处理机制</w:t>
      </w:r>
    </w:p>
    <w:p>
      <w:r>
        <w:t>4. **安全性**：沙箱机制、安全管理器</w:t>
      </w:r>
    </w:p>
    <w:p>
      <w:r>
        <w:t>5. **多线程支持**：内置多线程支持，提高程序执行效率</w:t>
      </w:r>
    </w:p>
    <w:p>
      <w:r>
        <w:t>#### 2.1.2 Spring Boot框架</w:t>
      </w:r>
    </w:p>
    <w:p>
      <w:r>
        <w:t>Spring Boot是基于Spring框架的快速开发脚手架，它简化了Spring应用的初始搭建以及开发过程。Spring Boot通过约定大于配置的理念，让开发者能够快速构建独立的、生产级别的基于Spring框架的应用程序。</w:t>
      </w:r>
    </w:p>
    <w:p>
      <w:r>
        <w:t>**Spring Boot的核心特性：**</w:t>
      </w:r>
    </w:p>
    <w:p>
      <w:r>
        <w:t>1. **自动配置**：根据类路径中的jar包自动配置Spring</w:t>
      </w:r>
    </w:p>
    <w:p>
      <w:r>
        <w:t>2. **起步依赖**：简化了Maven/Gradle配置</w:t>
      </w:r>
    </w:p>
    <w:p>
      <w:r>
        <w:t>3. **嵌入式服务器**：内置Tomcat、Jetty或Undertow</w:t>
      </w:r>
    </w:p>
    <w:p>
      <w:r>
        <w:t>4. **生产就绪特性**：提供监控、指标收集等功能</w:t>
      </w:r>
    </w:p>
    <w:p>
      <w:r>
        <w:t>#### 2.1.3 MySQL数据库</w:t>
      </w:r>
    </w:p>
    <w:p>
      <w:r>
        <w:t>MySQL是一个流行的开源关系型数据库管理系统，以其高性能、可靠性和易用性著称。在Web应用开发中，MySQL被广泛用于数据持久化存储。</w:t>
      </w:r>
    </w:p>
    <w:p>
      <w:r>
        <w:t>**MySQL的特点：**</w:t>
      </w:r>
    </w:p>
    <w:p>
      <w:r>
        <w:t>1. **开源免费**：降低了使用成本</w:t>
      </w:r>
    </w:p>
    <w:p>
      <w:r>
        <w:t>2. **高性能**：支持大容量数据存储和高并发访问</w:t>
      </w:r>
    </w:p>
    <w:p>
      <w:r>
        <w:t>3. **跨平台**：支持多种操作系统</w:t>
      </w:r>
    </w:p>
    <w:p>
      <w:r>
        <w:t>4. **丰富的功能**：支持事务、存储过程、触发器等</w:t>
      </w:r>
    </w:p>
    <w:p>
      <w:r>
        <w:t>#### 2.1.4 MyBatis-Plus</w:t>
      </w:r>
    </w:p>
    <w:p>
      <w:r>
        <w:t>MyBatis-Plus是MyBatis的增强工具，简化了MyBatis的使用，提供了通用的CRUD操作，极大地提高了开发效率。</w:t>
      </w:r>
    </w:p>
    <w:p>
      <w:r>
        <w:t>**MyBatis-Plus的优势：**</w:t>
      </w:r>
    </w:p>
    <w:p>
      <w:r>
        <w:t>1. **无侵入**：只做增强不做改变</w:t>
      </w:r>
    </w:p>
    <w:p>
      <w:r>
        <w:t>2. **损耗小**：启动即会自动注入基本的CRUD</w:t>
      </w:r>
    </w:p>
    <w:p>
      <w:r>
        <w:t>3. **强大的CRUD操作**：内置通用Mapper、通用Service</w:t>
      </w:r>
    </w:p>
    <w:p>
      <w:r>
        <w:t>4. **支持Lambda形式调用**：通过Lambda表达式，方便的编写各类查询条件</w:t>
      </w:r>
    </w:p>
    <w:p>
      <w:r>
        <w:t>#### 2.1.5 Vue.js前端框架</w:t>
      </w:r>
    </w:p>
    <w:p>
      <w:r>
        <w:t>Vue.js是一套用于构建用户界面的渐进式JavaScript框架，易于上手且功能强大，适合构建单页面应用。</w:t>
      </w:r>
    </w:p>
    <w:p>
      <w:r>
        <w:t>**Vue.js的特点：**</w:t>
      </w:r>
    </w:p>
    <w:p>
      <w:r>
        <w:t>1. **渐进式框架**：可以逐步采用</w:t>
      </w:r>
    </w:p>
    <w:p>
      <w:r>
        <w:t>2. **组件化**：可复用的组件系统</w:t>
      </w:r>
    </w:p>
    <w:p>
      <w:r>
        <w:t>3. **响应式数据绑定**：数据变化自动更新视图</w:t>
      </w:r>
    </w:p>
    <w:p>
      <w:r>
        <w:t>4. **轻量级**：体积小，性能优秀</w:t>
      </w:r>
    </w:p>
    <w:p>
      <w:r>
        <w:t>### 2.2 框架和开发模式</w:t>
      </w:r>
    </w:p>
    <w:p>
      <w:r>
        <w:t>#### 2.2.1 前后端分离架构</w:t>
      </w:r>
    </w:p>
    <w:p>
      <w:r>
        <w:t>本系统采用前后端分离的架构模式，前端使用Vue.js构建用户界面，后端使用Spring Boot提供RESTful API接口。这种架构模式的优点包括：</w:t>
      </w:r>
    </w:p>
    <w:p>
      <w:r>
        <w:t>1. **职责分离**：前后端职责分离，各自专注于自身领域</w:t>
      </w:r>
    </w:p>
    <w:p>
      <w:r>
        <w:t>2. **接口复用**：同一套API可以支持多种客户端</w:t>
      </w:r>
    </w:p>
    <w:p>
      <w:r>
        <w:t>3. **技术栈灵活**：前后端可以选择最适合的技术栈</w:t>
      </w:r>
    </w:p>
    <w:p>
      <w:r>
        <w:t>4. **开发效率高**：前后端可并行开发</w:t>
      </w:r>
    </w:p>
    <w:p>
      <w:r>
        <w:t>#### 2.2.2 RBAC权限模型</w:t>
      </w:r>
    </w:p>
    <w:p>
      <w:r>
        <w:t>基于角色的访问控制（Role-Based Access Control）是一种广泛使用的权限管理模型。本系统通过RBAC模型实现了对不同用户角色的权限管理。</w:t>
      </w:r>
    </w:p>
    <w:p>
      <w:r>
        <w:t>**RBAC模型的核心概念：**</w:t>
      </w:r>
    </w:p>
    <w:p>
      <w:r>
        <w:t>1. **用户（User）**：系统的使用者</w:t>
      </w:r>
    </w:p>
    <w:p>
      <w:r>
        <w:t>2. **角色（Role）**：权限的集合</w:t>
      </w:r>
    </w:p>
    <w:p>
      <w:r>
        <w:t>3. **权限（Permission）**：对资源的操作权限</w:t>
      </w:r>
    </w:p>
    <w:p>
      <w:r>
        <w:t>4. **用户-角色关系**：用户可以拥有多个角色</w:t>
      </w:r>
    </w:p>
    <w:p>
      <w:r>
        <w:t>5. **角色-权限关系**：角色包含多个权限</w:t>
      </w:r>
    </w:p>
    <w:p>
      <w:r>
        <w:t>#### 2.2.3 RESTful API设计</w:t>
      </w:r>
    </w:p>
    <w:p>
      <w:r>
        <w:t>系统后端采用RESTful API设计风格，通过HTTP动词映射资源的CRUD操作，使接口设计更加规范和一致。</w:t>
      </w:r>
    </w:p>
    <w:p>
      <w:r>
        <w:t>**RESTful API设计原则：**</w:t>
      </w:r>
    </w:p>
    <w:p>
      <w:r>
        <w:t>1. **资源导向**：以资源为中心设计API</w:t>
      </w:r>
    </w:p>
    <w:p>
      <w:r>
        <w:t>2. **统一接口**：使用标准HTTP动词（GET、POST、PUT、DELETE）</w:t>
      </w:r>
    </w:p>
    <w:p>
      <w:r>
        <w:t>3. **无状态**：每个请求都包含所有必要信息</w:t>
      </w:r>
    </w:p>
    <w:p>
      <w:r>
        <w:t>4. **可缓存**：适当利用HTTP缓存机制</w:t>
      </w:r>
    </w:p>
    <w:p>
      <w:r>
        <w:t>---</w:t>
      </w:r>
    </w:p>
    <w:p>
      <w:r>
        <w:t>## 第三章 爱维宠物医院管理系统的系统分析</w:t>
      </w:r>
    </w:p>
    <w:p>
      <w:r>
        <w:t>### 3.1 需求分析</w:t>
      </w:r>
    </w:p>
    <w:p>
      <w:r>
        <w:t>#### 3.1.1 功能需求分析</w:t>
      </w:r>
    </w:p>
    <w:p>
      <w:r>
        <w:t>##### 3.1.1.1 管理员功能需求</w:t>
      </w:r>
    </w:p>
    <w:p>
      <w:r>
        <w:t>**账户管理模块：**</w:t>
      </w:r>
    </w:p>
    <w:p>
      <w:r>
        <w:t>1. **员工账号管理**：添加、编辑、删除员工账号，分配角色权限</w:t>
      </w:r>
    </w:p>
    <w:p>
      <w:r>
        <w:t xml:space="preserve">   - 支持批量导入员工信息</w:t>
      </w:r>
    </w:p>
    <w:p>
      <w:r>
        <w:t xml:space="preserve">   - 可设置员工状态（启用/禁用）</w:t>
      </w:r>
    </w:p>
    <w:p>
      <w:r>
        <w:t xml:space="preserve">   - 支持重置员工密码</w:t>
      </w:r>
    </w:p>
    <w:p>
      <w:r>
        <w:t>2. **顾客账号管理**：查看、禁用顾客账号</w:t>
      </w:r>
    </w:p>
    <w:p>
      <w:r>
        <w:t xml:space="preserve">   - 可查看顾客基本信息和消费记录</w:t>
      </w:r>
    </w:p>
    <w:p>
      <w:r>
        <w:t xml:space="preserve">   - 可禁用违规顾客账号</w:t>
      </w:r>
    </w:p>
    <w:p>
      <w:r>
        <w:t>3. **权限管理**：为不同角色分配操作权限</w:t>
      </w:r>
    </w:p>
    <w:p>
      <w:r>
        <w:t xml:space="preserve">   - 基于RBAC模型的细粒度权限控制</w:t>
      </w:r>
    </w:p>
    <w:p>
      <w:r>
        <w:t xml:space="preserve">   - 支持权限的动态分配和回收</w:t>
      </w:r>
    </w:p>
    <w:p>
      <w:r>
        <w:t>**药品管理模块：**</w:t>
      </w:r>
    </w:p>
    <w:p>
      <w:r>
        <w:t>1. **药品资料管理**：维护药品基础信息</w:t>
      </w:r>
    </w:p>
    <w:p>
      <w:r>
        <w:t xml:space="preserve">   - 药品名称、规格、生产厂家、价格等</w:t>
      </w:r>
    </w:p>
    <w:p>
      <w:r>
        <w:t xml:space="preserve">   - 药品分类管理</w:t>
      </w:r>
    </w:p>
    <w:p>
      <w:r>
        <w:t xml:space="preserve">   - 药品有效期管理</w:t>
      </w:r>
    </w:p>
    <w:p>
      <w:r>
        <w:t>2. **库存管理**：跟踪药品进出库情况</w:t>
      </w:r>
    </w:p>
    <w:p>
      <w:r>
        <w:t xml:space="preserve">   - 入库管理：记录采购入库信息</w:t>
      </w:r>
    </w:p>
    <w:p>
      <w:r>
        <w:t xml:space="preserve">   - 出库管理：记录销售或损耗出库</w:t>
      </w:r>
    </w:p>
    <w:p>
      <w:r>
        <w:t xml:space="preserve">   - 库存盘点：定期核对实际库存</w:t>
      </w:r>
    </w:p>
    <w:p>
      <w:r>
        <w:t>3. **预警管理**：设置库存预警机制</w:t>
      </w:r>
    </w:p>
    <w:p>
      <w:r>
        <w:t xml:space="preserve">   - 低库存预警：库存低于阈值时提醒</w:t>
      </w:r>
    </w:p>
    <w:p>
      <w:r>
        <w:t xml:space="preserve">   - 过期预警：药品临近过期时提醒</w:t>
      </w:r>
    </w:p>
    <w:p>
      <w:r>
        <w:t>**公告管理模块：**</w:t>
      </w:r>
    </w:p>
    <w:p>
      <w:r>
        <w:t>1. **发布公告**：发布、编辑、置顶、下架公告</w:t>
      </w:r>
    </w:p>
    <w:p>
      <w:r>
        <w:t>2. **公告分类**：按类型分类管理公告</w:t>
      </w:r>
    </w:p>
    <w:p>
      <w:r>
        <w:t>**统计报表模块：**</w:t>
      </w:r>
    </w:p>
    <w:p>
      <w:r>
        <w:t>1. **收入报表**：按时间段统计收入情况</w:t>
      </w:r>
    </w:p>
    <w:p>
      <w:r>
        <w:t xml:space="preserve">   - 日报、周报、月报</w:t>
      </w:r>
    </w:p>
    <w:p>
      <w:r>
        <w:t xml:space="preserve">   - 按医生、科室、服务类型统计</w:t>
      </w:r>
    </w:p>
    <w:p>
      <w:r>
        <w:t>2. **运营报表**：统计医院运营指标</w:t>
      </w:r>
    </w:p>
    <w:p>
      <w:r>
        <w:t xml:space="preserve">   - 患者流量统计</w:t>
      </w:r>
    </w:p>
    <w:p>
      <w:r>
        <w:t xml:space="preserve">   - 服务项目热度分析</w:t>
      </w:r>
    </w:p>
    <w:p>
      <w:r>
        <w:t>3. **导出功能**：支持报表导出为Excel格式</w:t>
      </w:r>
    </w:p>
    <w:p>
      <w:r>
        <w:t>##### 3.1.1.2 医生功能需求</w:t>
      </w:r>
    </w:p>
    <w:p>
      <w:r>
        <w:t>**门诊管理模块：**</w:t>
      </w:r>
    </w:p>
    <w:p>
      <w:r>
        <w:t>1. **预约管理**：查看和处理预约信息</w:t>
      </w:r>
    </w:p>
    <w:p>
      <w:r>
        <w:t xml:space="preserve">   - 查看当日预约列表</w:t>
      </w:r>
    </w:p>
    <w:p>
      <w:r>
        <w:t xml:space="preserve">   - 确认患者到达状态</w:t>
      </w:r>
    </w:p>
    <w:p>
      <w:r>
        <w:t xml:space="preserve">   - 取消或调整预约</w:t>
      </w:r>
    </w:p>
    <w:p>
      <w:r>
        <w:t>2. **接诊管理**：处理现场患者</w:t>
      </w:r>
    </w:p>
    <w:p>
      <w:r>
        <w:t xml:space="preserve">   - 创建临时就诊记录</w:t>
      </w:r>
    </w:p>
    <w:p>
      <w:r>
        <w:t xml:space="preserve">   - 分诊和排队管理</w:t>
      </w:r>
    </w:p>
    <w:p>
      <w:r>
        <w:t>3. **病历管理**：记录诊疗过程</w:t>
      </w:r>
    </w:p>
    <w:p>
      <w:r>
        <w:t xml:space="preserve">   - 创建和编辑病历</w:t>
      </w:r>
    </w:p>
    <w:p>
      <w:r>
        <w:t xml:space="preserve">   - 上传检查报告</w:t>
      </w:r>
    </w:p>
    <w:p>
      <w:r>
        <w:t xml:space="preserve">   - 添加医嘱</w:t>
      </w:r>
    </w:p>
    <w:p>
      <w:r>
        <w:t>**处方管理模块：**</w:t>
      </w:r>
    </w:p>
    <w:p>
      <w:r>
        <w:t>1. **处方开具**：为患者开具电子处方</w:t>
      </w:r>
    </w:p>
    <w:p>
      <w:r>
        <w:t xml:space="preserve">   - 选择药品和用量</w:t>
      </w:r>
    </w:p>
    <w:p>
      <w:r>
        <w:t xml:space="preserve">   - 设置用药频次和疗程</w:t>
      </w:r>
    </w:p>
    <w:p>
      <w:r>
        <w:t xml:space="preserve">   - 添加特殊说明</w:t>
      </w:r>
    </w:p>
    <w:p>
      <w:r>
        <w:t>2. **处方查询**：查看历史处方记录</w:t>
      </w:r>
    </w:p>
    <w:p>
      <w:r>
        <w:t xml:space="preserve">   - 按患者查询处方记录</w:t>
      </w:r>
    </w:p>
    <w:p>
      <w:r>
        <w:t xml:space="preserve">   - 按药品查询使用情况</w:t>
      </w:r>
    </w:p>
    <w:p>
      <w:r>
        <w:t>3. **处方打印**：打印电子处方</w:t>
      </w:r>
    </w:p>
    <w:p>
      <w:r>
        <w:t xml:space="preserve">   - 标准处方格式</w:t>
      </w:r>
    </w:p>
    <w:p>
      <w:r>
        <w:t xml:space="preserve">   - 支持批量打印</w:t>
      </w:r>
    </w:p>
    <w:p>
      <w:r>
        <w:t>**患者管理功能：**</w:t>
      </w:r>
    </w:p>
    <w:p>
      <w:r>
        <w:t>1. **患者档案**：查看患者基本信息</w:t>
      </w:r>
    </w:p>
    <w:p>
      <w:r>
        <w:t xml:space="preserve">   - 个人资料</w:t>
      </w:r>
    </w:p>
    <w:p>
      <w:r>
        <w:t xml:space="preserve">   - 宠物档案</w:t>
      </w:r>
    </w:p>
    <w:p>
      <w:r>
        <w:t xml:space="preserve">   - 历史病历</w:t>
      </w:r>
    </w:p>
    <w:p>
      <w:r>
        <w:t>2. **健康评估**：记录患者健康状况</w:t>
      </w:r>
    </w:p>
    <w:p>
      <w:r>
        <w:t xml:space="preserve">   - 体检记录</w:t>
      </w:r>
    </w:p>
    <w:p>
      <w:r>
        <w:t xml:space="preserve">   - 疫苗接种记录</w:t>
      </w:r>
    </w:p>
    <w:p>
      <w:r>
        <w:t xml:space="preserve">   - 过敏史等</w:t>
      </w:r>
    </w:p>
    <w:p>
      <w:r>
        <w:t>##### 3.1.1.3 顾客功能需求</w:t>
      </w:r>
    </w:p>
    <w:p>
      <w:r>
        <w:t>**个人中心功能：**</w:t>
      </w:r>
    </w:p>
    <w:p>
      <w:r>
        <w:t>1. **账户管理**：管理个人信息</w:t>
      </w:r>
    </w:p>
    <w:p>
      <w:r>
        <w:t xml:space="preserve">   - 修改基本信息</w:t>
      </w:r>
    </w:p>
    <w:p>
      <w:r>
        <w:t xml:space="preserve">   - 更改登录密码</w:t>
      </w:r>
    </w:p>
    <w:p>
      <w:r>
        <w:t xml:space="preserve">   - 管理收货地址</w:t>
      </w:r>
    </w:p>
    <w:p>
      <w:r>
        <w:t>2. **宠物管理**：维护宠物档案</w:t>
      </w:r>
    </w:p>
    <w:p>
      <w:r>
        <w:t xml:space="preserve">   - 添加新宠物</w:t>
      </w:r>
    </w:p>
    <w:p>
      <w:r>
        <w:t xml:space="preserve">   - 编辑宠物信息</w:t>
      </w:r>
    </w:p>
    <w:p>
      <w:r>
        <w:t xml:space="preserve">   - 记录疫苗接种</w:t>
      </w:r>
    </w:p>
    <w:p>
      <w:r>
        <w:t>**预约服务功能：**</w:t>
      </w:r>
    </w:p>
    <w:p>
      <w:r>
        <w:t>1. **在线预约**：预约门诊服务</w:t>
      </w:r>
    </w:p>
    <w:p>
      <w:r>
        <w:t xml:space="preserve">   - 选择医生和时间</w:t>
      </w:r>
    </w:p>
    <w:p>
      <w:r>
        <w:t xml:space="preserve">   - 选择就诊宠物</w:t>
      </w:r>
    </w:p>
    <w:p>
      <w:r>
        <w:t xml:space="preserve">   - 添加预约备注</w:t>
      </w:r>
    </w:p>
    <w:p>
      <w:r>
        <w:t>2. **预约管理**：管理预约记录</w:t>
      </w:r>
    </w:p>
    <w:p>
      <w:r>
        <w:t xml:space="preserve">   - 查看预约状态</w:t>
      </w:r>
    </w:p>
    <w:p>
      <w:r>
        <w:t xml:space="preserve">   - 取消预约</w:t>
      </w:r>
    </w:p>
    <w:p>
      <w:r>
        <w:t xml:space="preserve">   - 预约提醒</w:t>
      </w:r>
    </w:p>
    <w:p>
      <w:r>
        <w:t>**查询服务功能：**</w:t>
      </w:r>
    </w:p>
    <w:p>
      <w:r>
        <w:t>1. **病历查询**：查看历史病历</w:t>
      </w:r>
    </w:p>
    <w:p>
      <w:r>
        <w:t xml:space="preserve">   - 按宠物查询</w:t>
      </w:r>
    </w:p>
    <w:p>
      <w:r>
        <w:t xml:space="preserve">   - 按时间查询</w:t>
      </w:r>
    </w:p>
    <w:p>
      <w:r>
        <w:t xml:space="preserve">   - 下载病历</w:t>
      </w:r>
    </w:p>
    <w:p>
      <w:r>
        <w:t>2. **处方查询**：查看历史处方</w:t>
      </w:r>
    </w:p>
    <w:p>
      <w:r>
        <w:t xml:space="preserve">   - 查看用药说明</w:t>
      </w:r>
    </w:p>
    <w:p>
      <w:r>
        <w:t xml:space="preserve">   - 重复开药申请</w:t>
      </w:r>
    </w:p>
    <w:p>
      <w:r>
        <w:t>3. **报告查询**：查看检查报告</w:t>
      </w:r>
    </w:p>
    <w:p>
      <w:r>
        <w:t xml:space="preserve">   - 图片报告查看</w:t>
      </w:r>
    </w:p>
    <w:p>
      <w:r>
        <w:t xml:space="preserve">   - 文字报告下载</w:t>
      </w:r>
    </w:p>
    <w:p>
      <w:r>
        <w:t>#### 3.1.2 性能需求分析</w:t>
      </w:r>
    </w:p>
    <w:p>
      <w:r>
        <w:t>##### 3.1.2.1 响应时间要求</w:t>
      </w:r>
    </w:p>
    <w:p>
      <w:r>
        <w:t>1. **页面加载时间**：一般页面加载时间不超过3秒</w:t>
      </w:r>
    </w:p>
    <w:p>
      <w:r>
        <w:t>2. **数据查询时间**：普通查询响应时间不超过2秒</w:t>
      </w:r>
    </w:p>
    <w:p>
      <w:r>
        <w:t>3. **数据更新时间**：数据更新操作响应时间不超过1秒</w:t>
      </w:r>
    </w:p>
    <w:p>
      <w:r>
        <w:t>##### 3.1.2.2 并发性能要求</w:t>
      </w:r>
    </w:p>
    <w:p>
      <w:r>
        <w:t>1. **并发用户数**：系统应支持不少于100个并发用户</w:t>
      </w:r>
    </w:p>
    <w:p>
      <w:r>
        <w:t>2. **数据库连接**：数据库连接池大小应适应并发需求</w:t>
      </w:r>
    </w:p>
    <w:p>
      <w:r>
        <w:t>3. **负载均衡**：在高并发情况下保证系统稳定运行</w:t>
      </w:r>
    </w:p>
    <w:p>
      <w:r>
        <w:t>##### 3.1.2.3 数据安全要求</w:t>
      </w:r>
    </w:p>
    <w:p>
      <w:r>
        <w:t>1. **数据加密**：敏感数据应进行加密存储</w:t>
      </w:r>
    </w:p>
    <w:p>
      <w:r>
        <w:t>2. **传输安全**：数据传输应使用HTTPS协议</w:t>
      </w:r>
    </w:p>
    <w:p>
      <w:r>
        <w:t>3. **访问控制**：严格的权限控制，防止越权访问</w:t>
      </w:r>
    </w:p>
    <w:p>
      <w:r>
        <w:t>### 3.2 可行性分析</w:t>
      </w:r>
    </w:p>
    <w:p>
      <w:r>
        <w:t>#### 3.2.1 技术可行性</w:t>
      </w:r>
    </w:p>
    <w:p>
      <w:r>
        <w:t>本系统的开发基于成熟的技术框架和工具，如Java开发语言、Spring Boot框架、MySQL数据库、HTML、CSS及JavaScript等前端技术。现有的技术和工具能够完全支持宠物医院管理系统的开发与实现，保障系统的高效运行。</w:t>
      </w:r>
    </w:p>
    <w:p>
      <w:r>
        <w:t>通过Spring Boot框架可以实现灵活的后台管理功能，如药品库存管理、数据统计等，确保数据交互的稳定性和安全性。同时，前端技术成熟，可以为顾客提供简洁、直观且友好的交互界面。</w:t>
      </w:r>
    </w:p>
    <w:p>
      <w:r>
        <w:t>此外，系统采用模块化设计，使得功能扩展性和可维护性较高，未来可根据宠物医院的实际需求进行功能调整和升级。从技术角度来看，本研究方案是可行的。</w:t>
      </w:r>
    </w:p>
    <w:p>
      <w:r>
        <w:t>#### 3.2.2 经济可行性</w:t>
      </w:r>
    </w:p>
    <w:p>
      <w:r>
        <w:t>在经济方面，系统的开发和运行成本相对较低。本系统采用开源技术和工具，包括Spring Boot、MySQL数据库和Vue.js，这能有效降低软件开发和维护的许可费用。</w:t>
      </w:r>
    </w:p>
    <w:p>
      <w:r>
        <w:t>硬件方面，宠物医院可以利用现有的计算机设备来部署该系统，无需购买额外的硬件，进一步降低建设成本。系统上线后，由于信息化管理提升了运营效率，能够减少人工工作量、操作复杂性和人为出错几率，从而降低医院的运营成本。</w:t>
      </w:r>
    </w:p>
    <w:p>
      <w:r>
        <w:t>此外，系统维护仅需安排一名系统管理员即可，维护成本相对较低。总体而言，系统的开发和运行成本合理，具有较高的经济可行性。</w:t>
      </w:r>
    </w:p>
    <w:p>
      <w:r>
        <w:t>#### 3.2.3 社会可行性</w:t>
      </w:r>
    </w:p>
    <w:p>
      <w:r>
        <w:t>随着人们对宠物健康管理需求的增加，宠物医院信息化管理逐渐成为行业发展的趋势。本系统的开发有助于提升宠物医院的服务质量和管理效率，为客户提供便捷的在线服务，例如预约门诊、报告查询、宠物档案管理等功能。</w:t>
      </w:r>
    </w:p>
    <w:p>
      <w:r>
        <w:t>同时，管理员和宠物医生可以通过系统优化医院资源的管理，如药品库存监控、报表生成等功能，从而提升工作效率和服务质量。</w:t>
      </w:r>
    </w:p>
    <w:p>
      <w:r>
        <w:t>从社会可行性来看，系统能够显著提高宠物医院的服务水平，增强宠物主人和医院管理者的满意度，具有较大的社会价值。因此，社会对该系统的需求较高，社会可行性较强。</w:t>
      </w:r>
    </w:p>
    <w:p>
      <w:r>
        <w:t>### 3.3 用例图</w:t>
      </w:r>
    </w:p>
    <w:p>
      <w:r>
        <w:t>#### 3.3.1 用户用例图</w:t>
      </w:r>
    </w:p>
    <w:p>
      <w:r>
        <w:t>用户（顾客）的主要用例包括：</w:t>
      </w:r>
    </w:p>
    <w:p>
      <w:r>
        <w:t>- 注册/登录系统</w:t>
      </w:r>
    </w:p>
    <w:p>
      <w:r>
        <w:t>- 管理个人资料</w:t>
      </w:r>
    </w:p>
    <w:p>
      <w:r>
        <w:t>- 管理宠物档案</w:t>
      </w:r>
    </w:p>
    <w:p>
      <w:r>
        <w:t>- 进行预约挂号</w:t>
      </w:r>
    </w:p>
    <w:p>
      <w:r>
        <w:t>- 查看预约记录</w:t>
      </w:r>
    </w:p>
    <w:p>
      <w:r>
        <w:t>- 查看病历和处方</w:t>
      </w:r>
    </w:p>
    <w:p>
      <w:r>
        <w:t>- 查询报告</w:t>
      </w:r>
    </w:p>
    <w:p>
      <w:r>
        <w:t>- 进行支付</w:t>
      </w:r>
    </w:p>
    <w:p>
      <w:r>
        <w:t>#### 3.3.2 管理员用例图</w:t>
      </w:r>
    </w:p>
    <w:p>
      <w:r>
        <w:t>管理员的主要用例包括：</w:t>
      </w:r>
    </w:p>
    <w:p>
      <w:r>
        <w:t>- 管理员工账号</w:t>
      </w:r>
    </w:p>
    <w:p>
      <w:r>
        <w:t>- 管理顾客账号</w:t>
      </w:r>
    </w:p>
    <w:p>
      <w:r>
        <w:t>- 管理药品库存</w:t>
      </w:r>
    </w:p>
    <w:p>
      <w:r>
        <w:t>- 管理公告</w:t>
      </w:r>
    </w:p>
    <w:p>
      <w:r>
        <w:t>- 查看统计报表</w:t>
      </w:r>
    </w:p>
    <w:p>
      <w:r>
        <w:t>- 管理预约记录</w:t>
      </w:r>
    </w:p>
    <w:p>
      <w:r>
        <w:t>- 管理病历记录</w:t>
      </w:r>
    </w:p>
    <w:p>
      <w:r>
        <w:t>- 管理宠物档案</w:t>
      </w:r>
    </w:p>
    <w:p>
      <w:r>
        <w:t>### 3.4 用例描述</w:t>
      </w:r>
    </w:p>
    <w:p>
      <w:r>
        <w:t>#### 3.4.1 预约挂号用例描述</w:t>
      </w:r>
    </w:p>
    <w:p>
      <w:r>
        <w:t>| 用例名称 | 预约挂号 |</w:t>
      </w:r>
    </w:p>
    <w:p>
      <w:r>
        <w:t>|---------|----------|</w:t>
      </w:r>
    </w:p>
    <w:p>
      <w:r>
        <w:t>| 执行者 | 顾客 |</w:t>
      </w:r>
    </w:p>
    <w:p>
      <w:r>
        <w:t>| 简要说明 | 顾客在线预约门诊服务 |</w:t>
      </w:r>
    </w:p>
    <w:p>
      <w:r>
        <w:t>| 基本事件流 | 1.顾客登录系统，进入预约界面&lt;br&gt;2.系统显示可预约的时间段&lt;br&gt;3.顾客选择医生、时间段和宠物&lt;br&gt;4.系统验证时段可用性&lt;br&gt;5.顾客确认预约信息并提交&lt;br&gt;6.系统保存预约记录并返回确认信息 |</w:t>
      </w:r>
    </w:p>
    <w:p>
      <w:r>
        <w:t>| 扩展事件流 | 2a.系统无可用时段：提示顾客选择其他时间&lt;br&gt;3a.顾客未登录：跳转到登录页面 |</w:t>
      </w:r>
    </w:p>
    <w:p>
      <w:r>
        <w:t>| 前置条件 | 顾客已注册并登录 |</w:t>
      </w:r>
    </w:p>
    <w:p>
      <w:r>
        <w:t>| 后置条件 | 预约记录已创建 |</w:t>
      </w:r>
    </w:p>
    <w:p>
      <w:r>
        <w:t>#### 3.4.2 病历管理用例描述</w:t>
      </w:r>
    </w:p>
    <w:p>
      <w:r>
        <w:t>| 用例名称 | 创建病历 |</w:t>
      </w:r>
    </w:p>
    <w:p>
      <w:r>
        <w:t>|---------|----------|</w:t>
      </w:r>
    </w:p>
    <w:p>
      <w:r>
        <w:t>| 执行者 | 医生 |</w:t>
      </w:r>
    </w:p>
    <w:p>
      <w:r>
        <w:t>| 简要说明 | 医生为就诊的宠物创建病历 |</w:t>
      </w:r>
    </w:p>
    <w:p>
      <w:r>
        <w:t>| 基本事件流 | 1.医生登录系统，进入病历管理界面&lt;br&gt;2.选择就诊记录&lt;br&gt;3.录入症状、检查结果、诊断结论等信息&lt;br&gt;4.系统验证信息完整性&lt;br&gt;5.医生确认并保存病历&lt;br&gt;6.系统返回保存成功信息 |</w:t>
      </w:r>
    </w:p>
    <w:p>
      <w:r>
        <w:t>| 扩展事件流 | 3a.信息不完整：系统提示补充必要信息&lt;br&gt;3b.患者信息错误：返回修正患者信息 |</w:t>
      </w:r>
    </w:p>
    <w:p>
      <w:r>
        <w:t>| 前置条件 | 医生已登录，患者已完成就诊 |</w:t>
      </w:r>
    </w:p>
    <w:p>
      <w:r>
        <w:t>| 后置条件 | 病历记录已创建并保存 |</w:t>
      </w:r>
    </w:p>
    <w:p>
      <w:r>
        <w:t>#### 3.4.3 药品管理用例描述</w:t>
      </w:r>
    </w:p>
    <w:p>
      <w:r>
        <w:t>| 用例名称 | 药品入库 |</w:t>
      </w:r>
    </w:p>
    <w:p>
      <w:r>
        <w:t>|---------|----------|</w:t>
      </w:r>
    </w:p>
    <w:p>
      <w:r>
        <w:t>| 执行者 | 管理员 |</w:t>
      </w:r>
    </w:p>
    <w:p>
      <w:r>
        <w:t>| 简要说明 | 管理员记录药品入库信息 |</w:t>
      </w:r>
    </w:p>
    <w:p>
      <w:r>
        <w:t>| 基本事件流 | 1.管理员登录系统，进入药品管理界面&lt;br&gt;2.选择入库操作&lt;br&gt;3.录入药品信息、数量、供应商等信息&lt;br&gt;4.系统验证药品信息有效性&lt;br&gt;5.管理员确认并保存入库记录&lt;br&gt;6.系统更新库存并返回成功信息 |</w:t>
      </w:r>
    </w:p>
    <w:p>
      <w:r>
        <w:t>| 扩展事件流 | 3a.药品信息错误：提示重新输入正确信息&lt;br&gt;3b.权限不足：拒绝操作 |</w:t>
      </w:r>
    </w:p>
    <w:p>
      <w:r>
        <w:t>| 前置条件 | 管理员已登录并有相应权限 |</w:t>
      </w:r>
    </w:p>
    <w:p>
      <w:r>
        <w:t>| 后置条件 | 药品库存已更新 |</w:t>
      </w:r>
    </w:p>
    <w:p>
      <w:r>
        <w:t>### 3.5 系统性能分析</w:t>
      </w:r>
    </w:p>
    <w:p>
      <w:r>
        <w:t>#### 3.5.1 响应性能分析</w:t>
      </w:r>
    </w:p>
    <w:p>
      <w:r>
        <w:t>系统在设计时充分考虑了性能因素，通过合理的架构设计和优化措施，确保系统能够满足高并发、低延迟的性能要求。主要性能指标包括响应时间、吞吐量、并发用户数和支持的数据量等方面。</w:t>
      </w:r>
    </w:p>
    <w:p>
      <w:r>
        <w:t>#### 3.5.2 数据安全分析</w:t>
      </w:r>
    </w:p>
    <w:p>
      <w:r>
        <w:t>系统采用多层次的安全防护措施，包括用户身份认证、权限控制、数据加密、操作日志等，确保数据的安全性和完整性。</w:t>
      </w:r>
    </w:p>
    <w:p>
      <w:r>
        <w:t>#### 3.5.3 系统稳定性分析</w:t>
      </w:r>
    </w:p>
    <w:p>
      <w:r>
        <w:t>通过采用微服务架构、负载均衡、故障转移等技术手段，确保系统在面对各种异常情况时仍能稳定运行。</w:t>
      </w:r>
    </w:p>
    <w:p>
      <w:r>
        <w:t>---</w:t>
      </w:r>
    </w:p>
    <w:p>
      <w:r>
        <w:t>## 第四章 爱维宠物医院管理系统的系统设计</w:t>
      </w:r>
    </w:p>
    <w:p>
      <w:r>
        <w:t>### 4.1 系统功能设计</w:t>
      </w:r>
    </w:p>
    <w:p>
      <w:r>
        <w:t>#### 4.1.1 管理员功能设计</w:t>
      </w:r>
    </w:p>
    <w:p>
      <w:r>
        <w:t>管理员角色拥有系统的最高权限，主要负责全局管理和监督。其功能包括：</w:t>
      </w:r>
    </w:p>
    <w:p>
      <w:r>
        <w:t>**账户管理功能：**</w:t>
      </w:r>
    </w:p>
    <w:p>
      <w:r>
        <w:t>1. **员工管理**：添加、编辑、删除员工账号，分配角色权限</w:t>
      </w:r>
    </w:p>
    <w:p>
      <w:r>
        <w:t xml:space="preserve">   - 支持批量导入员工信息</w:t>
      </w:r>
    </w:p>
    <w:p>
      <w:r>
        <w:t xml:space="preserve">   - 可设置员工状态（启用/禁用）</w:t>
      </w:r>
    </w:p>
    <w:p>
      <w:r>
        <w:t xml:space="preserve">   - 支持重置员工密码</w:t>
      </w:r>
    </w:p>
    <w:p>
      <w:r>
        <w:t>2. **顾客管理**：查看、禁用顾客账号</w:t>
      </w:r>
    </w:p>
    <w:p>
      <w:r>
        <w:t xml:space="preserve">   - 可查看顾客基本信息和消费记录</w:t>
      </w:r>
    </w:p>
    <w:p>
      <w:r>
        <w:t xml:space="preserve">   - 可禁用违规顾客账号</w:t>
      </w:r>
    </w:p>
    <w:p>
      <w:r>
        <w:t>3. **权限管理**：为不同角色分配操作权限</w:t>
      </w:r>
    </w:p>
    <w:p>
      <w:r>
        <w:t xml:space="preserve">   - 基于RBAC模型的细粒度权限控制</w:t>
      </w:r>
    </w:p>
    <w:p>
      <w:r>
        <w:t xml:space="preserve">   - 支持权限的动态分配和回收</w:t>
      </w:r>
    </w:p>
    <w:p>
      <w:r>
        <w:t>**药品管理功能：**</w:t>
      </w:r>
    </w:p>
    <w:p>
      <w:r>
        <w:t>1. **药品资料管理**：维护药品基础信息</w:t>
      </w:r>
    </w:p>
    <w:p>
      <w:r>
        <w:t xml:space="preserve">   - 药品名称、规格、生产厂家、价格等</w:t>
      </w:r>
    </w:p>
    <w:p>
      <w:r>
        <w:t xml:space="preserve">   - 药品分类管理</w:t>
      </w:r>
    </w:p>
    <w:p>
      <w:r>
        <w:t xml:space="preserve">   - 药品有效期管理</w:t>
      </w:r>
    </w:p>
    <w:p>
      <w:r>
        <w:t>2. **库存管理**：跟踪药品进出库情况</w:t>
      </w:r>
    </w:p>
    <w:p>
      <w:r>
        <w:t xml:space="preserve">   - 入库管理：记录采购入库信息</w:t>
      </w:r>
    </w:p>
    <w:p>
      <w:r>
        <w:t xml:space="preserve">   - 出库管理：记录销售或损耗出库</w:t>
      </w:r>
    </w:p>
    <w:p>
      <w:r>
        <w:t xml:space="preserve">   - 库存盘点：定期核对实际库存</w:t>
      </w:r>
    </w:p>
    <w:p>
      <w:r>
        <w:t>3. **预警管理**：设置库存预警机制</w:t>
      </w:r>
    </w:p>
    <w:p>
      <w:r>
        <w:t xml:space="preserve">   - 低库存预警：库存低于阈值时提醒</w:t>
      </w:r>
    </w:p>
    <w:p>
      <w:r>
        <w:t xml:space="preserve">   - 过期预警：药品临近过期时提醒</w:t>
      </w:r>
    </w:p>
    <w:p>
      <w:r>
        <w:t>**统计报表功能：**</w:t>
      </w:r>
    </w:p>
    <w:p>
      <w:r>
        <w:t>1. **收入报表**：按时间段统计收入情况</w:t>
      </w:r>
    </w:p>
    <w:p>
      <w:r>
        <w:t xml:space="preserve">   - 日报、周报、月报</w:t>
      </w:r>
    </w:p>
    <w:p>
      <w:r>
        <w:t xml:space="preserve">   - 按医生、科室、服务类型统计</w:t>
      </w:r>
    </w:p>
    <w:p>
      <w:r>
        <w:t>2. **运营报表**：统计医院运营指标</w:t>
      </w:r>
    </w:p>
    <w:p>
      <w:r>
        <w:t xml:space="preserve">   - 患者流量统计</w:t>
      </w:r>
    </w:p>
    <w:p>
      <w:r>
        <w:t xml:space="preserve">   - 服务项目热度分析</w:t>
      </w:r>
    </w:p>
    <w:p>
      <w:r>
        <w:t>3. **导出功能**：支持报表导出为Excel格式</w:t>
      </w:r>
    </w:p>
    <w:p>
      <w:r>
        <w:t>#### 4.1.2 医生功能设计</w:t>
      </w:r>
    </w:p>
    <w:p>
      <w:r>
        <w:t>医生角色主要负责诊疗业务，其功能包括：</w:t>
      </w:r>
    </w:p>
    <w:p>
      <w:r>
        <w:t>**门诊管理功能：**</w:t>
      </w:r>
    </w:p>
    <w:p>
      <w:r>
        <w:t>1. **预约管理**：查看和处理预约信息</w:t>
      </w:r>
    </w:p>
    <w:p>
      <w:r>
        <w:t xml:space="preserve">   - 查看当日预约列表</w:t>
      </w:r>
    </w:p>
    <w:p>
      <w:r>
        <w:t xml:space="preserve">   - 确认患者到达状态</w:t>
      </w:r>
    </w:p>
    <w:p>
      <w:r>
        <w:t xml:space="preserve">   - 取消或调整预约</w:t>
      </w:r>
    </w:p>
    <w:p>
      <w:r>
        <w:t>2. **接诊管理**：处理现场患者</w:t>
      </w:r>
    </w:p>
    <w:p>
      <w:r>
        <w:t xml:space="preserve">   - 创建临时就诊记录</w:t>
      </w:r>
    </w:p>
    <w:p>
      <w:r>
        <w:t xml:space="preserve">   - 分诊和排队管理</w:t>
      </w:r>
    </w:p>
    <w:p>
      <w:r>
        <w:t>3. **病历管理**：记录诊疗过程</w:t>
      </w:r>
    </w:p>
    <w:p>
      <w:r>
        <w:t xml:space="preserve">   - 创建和编辑病历</w:t>
      </w:r>
    </w:p>
    <w:p>
      <w:r>
        <w:t xml:space="preserve">   - 上传检查报告</w:t>
      </w:r>
    </w:p>
    <w:p>
      <w:r>
        <w:t xml:space="preserve">   - 添加医嘱</w:t>
      </w:r>
    </w:p>
    <w:p>
      <w:r>
        <w:t>**处方管理功能：**</w:t>
      </w:r>
    </w:p>
    <w:p>
      <w:r>
        <w:t>1. **处方开具**：为患者开具电子处方</w:t>
      </w:r>
    </w:p>
    <w:p>
      <w:r>
        <w:t xml:space="preserve">   - 选择药品和用量</w:t>
      </w:r>
    </w:p>
    <w:p>
      <w:r>
        <w:t xml:space="preserve">   - 设置用药频次和疗程</w:t>
      </w:r>
    </w:p>
    <w:p>
      <w:r>
        <w:t xml:space="preserve">   - 添加特殊说明</w:t>
      </w:r>
    </w:p>
    <w:p>
      <w:r>
        <w:t>2. **处方查询**：查看历史处方</w:t>
      </w:r>
    </w:p>
    <w:p>
      <w:r>
        <w:t xml:space="preserve">   - 按患者查询处方记录</w:t>
      </w:r>
    </w:p>
    <w:p>
      <w:r>
        <w:t xml:space="preserve">   - 按药品查询使用情况</w:t>
      </w:r>
    </w:p>
    <w:p>
      <w:r>
        <w:t>3. **处方打印**：打印电子处方</w:t>
      </w:r>
    </w:p>
    <w:p>
      <w:r>
        <w:t xml:space="preserve">   - 标准处方格式</w:t>
      </w:r>
    </w:p>
    <w:p>
      <w:r>
        <w:t xml:space="preserve">   - 支持批量打印</w:t>
      </w:r>
    </w:p>
    <w:p>
      <w:r>
        <w:t>**患者管理功能：**</w:t>
      </w:r>
    </w:p>
    <w:p>
      <w:r>
        <w:t>1. **患者档案**：查看患者基本信息</w:t>
      </w:r>
    </w:p>
    <w:p>
      <w:r>
        <w:t xml:space="preserve">   - 个人资料</w:t>
      </w:r>
    </w:p>
    <w:p>
      <w:r>
        <w:t xml:space="preserve">   - 宠物档案</w:t>
      </w:r>
    </w:p>
    <w:p>
      <w:r>
        <w:t xml:space="preserve">   - 历史病历</w:t>
      </w:r>
    </w:p>
    <w:p>
      <w:r>
        <w:t>2. **健康评估**：记录患者健康状况</w:t>
      </w:r>
    </w:p>
    <w:p>
      <w:r>
        <w:t xml:space="preserve">   - 体检记录</w:t>
      </w:r>
    </w:p>
    <w:p>
      <w:r>
        <w:t xml:space="preserve">   - 疫苗接种记录</w:t>
      </w:r>
    </w:p>
    <w:p>
      <w:r>
        <w:t xml:space="preserve">   - 过敏史等</w:t>
      </w:r>
    </w:p>
    <w:p>
      <w:r>
        <w:t>#### 4.1.3 顾客功能设计</w:t>
      </w:r>
    </w:p>
    <w:p>
      <w:r>
        <w:t>顾客角色主要使用前台功能，其功能包括：</w:t>
      </w:r>
    </w:p>
    <w:p>
      <w:r>
        <w:t>**个人中心功能：**</w:t>
      </w:r>
    </w:p>
    <w:p>
      <w:r>
        <w:t>1. **账户管理**：管理个人信息</w:t>
      </w:r>
    </w:p>
    <w:p>
      <w:r>
        <w:t xml:space="preserve">   - 修改基本信息</w:t>
      </w:r>
    </w:p>
    <w:p>
      <w:r>
        <w:t xml:space="preserve">   - 更改登录密码</w:t>
      </w:r>
    </w:p>
    <w:p>
      <w:r>
        <w:t xml:space="preserve">   - 管理收货地址</w:t>
      </w:r>
    </w:p>
    <w:p>
      <w:r>
        <w:t>2. **宠物管理**：维护宠物档案</w:t>
      </w:r>
    </w:p>
    <w:p>
      <w:r>
        <w:t xml:space="preserve">   - 添加新宠物</w:t>
      </w:r>
    </w:p>
    <w:p>
      <w:r>
        <w:t xml:space="preserve">   - 编辑宠物信息</w:t>
      </w:r>
    </w:p>
    <w:p>
      <w:r>
        <w:t xml:space="preserve">   - 记录疫苗接种</w:t>
      </w:r>
    </w:p>
    <w:p>
      <w:r>
        <w:t>**预约服务功能：**</w:t>
      </w:r>
    </w:p>
    <w:p>
      <w:r>
        <w:t>1. **在线预约**：预约门诊服务</w:t>
      </w:r>
    </w:p>
    <w:p>
      <w:r>
        <w:t xml:space="preserve">   - 选择医生和时间</w:t>
      </w:r>
    </w:p>
    <w:p>
      <w:r>
        <w:t xml:space="preserve">   - 选择就诊宠物</w:t>
      </w:r>
    </w:p>
    <w:p>
      <w:r>
        <w:t xml:space="preserve">   - 添加预约备注</w:t>
      </w:r>
    </w:p>
    <w:p>
      <w:r>
        <w:t>2. **预约管理**：管理预约记录</w:t>
      </w:r>
    </w:p>
    <w:p>
      <w:r>
        <w:t xml:space="preserve">   - 查看预约状态</w:t>
      </w:r>
    </w:p>
    <w:p>
      <w:r>
        <w:t xml:space="preserve">   - 取消预约</w:t>
      </w:r>
    </w:p>
    <w:p>
      <w:r>
        <w:t xml:space="preserve">   - 预约提醒</w:t>
      </w:r>
    </w:p>
    <w:p>
      <w:r>
        <w:t>**查询服务功能：**</w:t>
      </w:r>
    </w:p>
    <w:p>
      <w:r>
        <w:t>1. **病历查询**：查看历史病历</w:t>
      </w:r>
    </w:p>
    <w:p>
      <w:r>
        <w:t xml:space="preserve">   - 按宠物查询</w:t>
      </w:r>
    </w:p>
    <w:p>
      <w:r>
        <w:t xml:space="preserve">   - 按时间查询</w:t>
      </w:r>
    </w:p>
    <w:p>
      <w:r>
        <w:t xml:space="preserve">   - 下载病历</w:t>
      </w:r>
    </w:p>
    <w:p>
      <w:r>
        <w:t>2. **处方查询**：查看历史处方</w:t>
      </w:r>
    </w:p>
    <w:p>
      <w:r>
        <w:t xml:space="preserve">   - 查看用药说明</w:t>
      </w:r>
    </w:p>
    <w:p>
      <w:r>
        <w:t xml:space="preserve">   - 重复开药申请</w:t>
      </w:r>
    </w:p>
    <w:p>
      <w:r>
        <w:t>3. **报告查询**：查看检查报告</w:t>
      </w:r>
    </w:p>
    <w:p>
      <w:r>
        <w:t xml:space="preserve">   - 图片报告查看</w:t>
      </w:r>
    </w:p>
    <w:p>
      <w:r>
        <w:t xml:space="preserve">   - 文字报告下载</w:t>
      </w:r>
    </w:p>
    <w:p>
      <w:r>
        <w:t>### 4.2 类图</w:t>
      </w:r>
    </w:p>
    <w:p>
      <w:r>
        <w:t>系统的主要类包括：User（用户）、Doctor（医生）、Pet（宠物）、Appointment（预约）、Visit（就诊）、MedicalRecord（病历）、Prescription（处方）、Drug（药品）等。</w:t>
      </w:r>
    </w:p>
    <w:p>
      <w:r>
        <w:t>**核心类设计：**</w:t>
      </w:r>
    </w:p>
    <w:p>
      <w:r>
        <w:t>**User类**：表示系统用户</w:t>
      </w:r>
    </w:p>
    <w:p>
      <w:r>
        <w:t>- 属性：id, username, phone, email, password, role, status, avatar, createTime, updateTime, deleted</w:t>
      </w:r>
    </w:p>
    <w:p>
      <w:r>
        <w:t>- 方法：getter/setter方法</w:t>
      </w:r>
    </w:p>
    <w:p>
      <w:r>
        <w:t>**Doctor类**：表示医生信息</w:t>
      </w:r>
    </w:p>
    <w:p>
      <w:r>
        <w:t>- 属性：id, name, department, title, phone, email, avatar, status, createTime, updateTime, deleted</w:t>
      </w:r>
    </w:p>
    <w:p>
      <w:r>
        <w:t>- 方法：getter/setter方法</w:t>
      </w:r>
    </w:p>
    <w:p>
      <w:r>
        <w:t>**Pet类**：表示宠物信息</w:t>
      </w:r>
    </w:p>
    <w:p>
      <w:r>
        <w:t>- 属性：id, ownerId, name, species, breed, gender, birthday, weight, photo, remark, createTime, updateTime, deleted</w:t>
      </w:r>
    </w:p>
    <w:p>
      <w:r>
        <w:t>- 方法：getter/setter方法</w:t>
      </w:r>
    </w:p>
    <w:p>
      <w:r>
        <w:t>**Appointment类**：表示预约信息</w:t>
      </w:r>
    </w:p>
    <w:p>
      <w:r>
        <w:t>- 属性：id, customerId, petId, doctorId, department, appointmentDate, timeSlot, status, remark, cancelTime, createTime, updateTime, deleted</w:t>
      </w:r>
    </w:p>
    <w:p>
      <w:r>
        <w:t>- 方法：getter/setter方法</w:t>
      </w:r>
    </w:p>
    <w:p>
      <w:r>
        <w:t>**Visit类**：表示就诊记录</w:t>
      </w:r>
    </w:p>
    <w:p>
      <w:r>
        <w:t>- 属性：id, appointmentId, customerId, petId, doctorId, symptoms, diagnosis, treatmentPlan, status, totalAmount, paymentStatus, paymentMethod, paymentTime, startTime, endTime, createTime, updateTime, deleted</w:t>
      </w:r>
    </w:p>
    <w:p>
      <w:r>
        <w:t>- 方法：getter/setter方法</w:t>
      </w:r>
    </w:p>
    <w:p>
      <w:r>
        <w:t>**MedicalRecord类**：表示病历记录</w:t>
      </w:r>
    </w:p>
    <w:p>
      <w:r>
        <w:t>- 属性：id, visitId, recordType, content, attachmentUrls, doctorId, createTime, updateTime, deleted</w:t>
      </w:r>
    </w:p>
    <w:p>
      <w:r>
        <w:t>- 方法：getter/setter方法</w:t>
      </w:r>
    </w:p>
    <w:p>
      <w:r>
        <w:t>**Prescription类**：表示处方信息</w:t>
      </w:r>
    </w:p>
    <w:p>
      <w:r>
        <w:t>- 属性：id, visitId, doctorId, customerId, totalAmount, status, remark, createTime, updateTime, deleted</w:t>
      </w:r>
    </w:p>
    <w:p>
      <w:r>
        <w:t>- 方法：getter/setter方法</w:t>
      </w:r>
    </w:p>
    <w:p>
      <w:r>
        <w:t>**Drug类**：表示药品信息</w:t>
      </w:r>
    </w:p>
    <w:p>
      <w:r>
        <w:t>- 属性：id, name, category, manufacturer, specification, unitPrice, stockQuantity, unit, status, createTime, updateTime, deleted</w:t>
      </w:r>
    </w:p>
    <w:p>
      <w:r>
        <w:t>- 方法：getter/setter方法</w:t>
      </w:r>
    </w:p>
    <w:p>
      <w:r>
        <w:t>**类之间的关系：**</w:t>
      </w:r>
    </w:p>
    <w:p>
      <w:r>
        <w:t>- User与Pet：一对多关系（一个用户可以拥有多只宠物）</w:t>
      </w:r>
    </w:p>
    <w:p>
      <w:r>
        <w:t>- User与Appointment：一对多关系（一个用户可以有多个预约）</w:t>
      </w:r>
    </w:p>
    <w:p>
      <w:r>
        <w:t>- Doctor与Appointment：一对多关系（一个医生可以有多个预约）</w:t>
      </w:r>
    </w:p>
    <w:p>
      <w:r>
        <w:t>- Appointment与Visit：一对一关系（一个预约对应一次就诊）</w:t>
      </w:r>
    </w:p>
    <w:p>
      <w:r>
        <w:t>- Visit与MedicalRecord：一对多关系（一次就诊可以有多个病历记录）</w:t>
      </w:r>
    </w:p>
    <w:p>
      <w:r>
        <w:t>- Visit与Prescription：一对多关系（一次就诊可以开具多个处方）</w:t>
      </w:r>
    </w:p>
    <w:p>
      <w:r>
        <w:t>- Prescription与PrescriptionItem：一对多关系（一个处方可以包含多个药品项）</w:t>
      </w:r>
    </w:p>
    <w:p>
      <w:r>
        <w:t>- Drug与StockIn/StockOut：一对多关系（一个药品可以有多次出入库记录）</w:t>
      </w:r>
    </w:p>
    <w:p>
      <w:r>
        <w:t>### 4.3 序列图</w:t>
      </w:r>
    </w:p>
    <w:p>
      <w:r>
        <w:t>#### 4.3.1 用户预约挂号序列图</w:t>
      </w:r>
    </w:p>
    <w:p>
      <w:r>
        <w:t>用户预约挂号功能的序列图展示了用户、系统、预约服务之间的交互过程：</w:t>
      </w:r>
    </w:p>
    <w:p>
      <w:r>
        <w:t>1. 用户登录系统</w:t>
      </w:r>
    </w:p>
    <w:p>
      <w:r>
        <w:t>2. 系统验证用户身份</w:t>
      </w:r>
    </w:p>
    <w:p>
      <w:r>
        <w:t>3. 用户请求可预约时间段</w:t>
      </w:r>
    </w:p>
    <w:p>
      <w:r>
        <w:t>4. 系统返回可预约时间段</w:t>
      </w:r>
    </w:p>
    <w:p>
      <w:r>
        <w:t>5. 用户选择医生、时间段和宠物</w:t>
      </w:r>
    </w:p>
    <w:p>
      <w:r>
        <w:t>6. 系统验证时间段可用性</w:t>
      </w:r>
    </w:p>
    <w:p>
      <w:r>
        <w:t>7. 用户确认预约信息</w:t>
      </w:r>
    </w:p>
    <w:p>
      <w:r>
        <w:t>8. 系统创建预约记录</w:t>
      </w:r>
    </w:p>
    <w:p>
      <w:r>
        <w:t>9. 系统返回预约确认信息</w:t>
      </w:r>
    </w:p>
    <w:p>
      <w:r>
        <w:t>#### 4.3.2 医生接诊序列图</w:t>
      </w:r>
    </w:p>
    <w:p>
      <w:r>
        <w:t>医生接诊功能的序列图展示了医生、系统、患者之间的交互过程：</w:t>
      </w:r>
    </w:p>
    <w:p>
      <w:r>
        <w:t>1. 医生登录系统</w:t>
      </w:r>
    </w:p>
    <w:p>
      <w:r>
        <w:t>2. 系统验证医生身份</w:t>
      </w:r>
    </w:p>
    <w:p>
      <w:r>
        <w:t>3. 医生查看预约列表</w:t>
      </w:r>
    </w:p>
    <w:p>
      <w:r>
        <w:t>4. 系统返回预约信息</w:t>
      </w:r>
    </w:p>
    <w:p>
      <w:r>
        <w:t>5. 医生确认患者到达</w:t>
      </w:r>
    </w:p>
    <w:p>
      <w:r>
        <w:t>6. 医生创建就诊记录</w:t>
      </w:r>
    </w:p>
    <w:p>
      <w:r>
        <w:t>7. 医生录入病历信息</w:t>
      </w:r>
    </w:p>
    <w:p>
      <w:r>
        <w:t>8. 系统保存病历记录</w:t>
      </w:r>
    </w:p>
    <w:p>
      <w:r>
        <w:t>9. 医生开具处方</w:t>
      </w:r>
    </w:p>
    <w:p>
      <w:r>
        <w:t>10. 系统保存处方信息</w:t>
      </w:r>
    </w:p>
    <w:p>
      <w:r>
        <w:t>### 4.4 活动图</w:t>
      </w:r>
    </w:p>
    <w:p>
      <w:r>
        <w:t>#### 4.4.1 医生接诊活动图</w:t>
      </w:r>
    </w:p>
    <w:p>
      <w:r>
        <w:t>医生接诊活动图描述了医生从查看预约列表到完成接诊的完整流程：</w:t>
      </w:r>
    </w:p>
    <w:p>
      <w:r>
        <w:t>开始 → 登录系统 → 验证身份 → 查看预约列表 → 选择患者 → 确认到达 → 创建就诊记录 → 询问症状 → 体格检查 → 诊断分析 → 记录病历 → 开具处方 → 更新就诊状态 → 结束就诊 → 保存记录 → 结束</w:t>
      </w:r>
    </w:p>
    <w:p>
      <w:r>
        <w:t>#### 4.4.2 药品库存管理活动图</w:t>
      </w:r>
    </w:p>
    <w:p>
      <w:r>
        <w:t>药品库存管理活动图描述了药品入库的完整流程：</w:t>
      </w:r>
    </w:p>
    <w:p>
      <w:r>
        <w:t>开始 → 登录系统 → 验证权限 → 选择入库操作 → 输入药品信息 → 输入数量信息 → 输入供应商信息 → 验证信息完整性 → 更新库存数量 → 记录入库日志 → 生成入库单 → 结束</w:t>
      </w:r>
    </w:p>
    <w:p>
      <w:r>
        <w:t>### 4.5 数据库设计</w:t>
      </w:r>
    </w:p>
    <w:p>
      <w:r>
        <w:t>#### 4.5.1 概念设计</w:t>
      </w:r>
    </w:p>
    <w:p>
      <w:r>
        <w:t>系统涉及的主要实体包括：用户、医生、宠物、预约、就诊记录、病历、处方、药品、订单、公告、消息、疫苗记录、入库记录、出库记录、统计报表等。</w:t>
      </w:r>
    </w:p>
    <w:p>
      <w:r>
        <w:t>**实体关系：**</w:t>
      </w:r>
    </w:p>
    <w:p>
      <w:r>
        <w:t>- 用户与宠物：一对多（一个用户可以拥有多只宠物）</w:t>
      </w:r>
    </w:p>
    <w:p>
      <w:r>
        <w:t>- 用户与预约：一对多（一个用户可以有多个预约）</w:t>
      </w:r>
    </w:p>
    <w:p>
      <w:r>
        <w:t>- 医生与预约：一对多（一个医生可以有多个预约）</w:t>
      </w:r>
    </w:p>
    <w:p>
      <w:r>
        <w:t>- 预约与就诊：一对一（一个预约对应一次就诊）</w:t>
      </w:r>
    </w:p>
    <w:p>
      <w:r>
        <w:t>- 就诊与病历：一对多（一次就诊可以有多个病历记录）</w:t>
      </w:r>
    </w:p>
    <w:p>
      <w:r>
        <w:t>- 就诊与处方：一对多（一次就诊可以开具多个处方）</w:t>
      </w:r>
    </w:p>
    <w:p>
      <w:r>
        <w:t>- 处方与药品：多对多（通过处方项关联）</w:t>
      </w:r>
    </w:p>
    <w:p>
      <w:r>
        <w:t>- 药品与库存记录：一对多（一个药品可以有多个出入库记录）</w:t>
      </w:r>
    </w:p>
    <w:p>
      <w:r>
        <w:t>#### 4.5.2 逻辑设计</w:t>
      </w:r>
    </w:p>
    <w:p>
      <w:r>
        <w:t>将E-R图中的实体关系转换为逻辑结构设计，即关系模式：</w:t>
      </w:r>
    </w:p>
    <w:p>
      <w:r>
        <w:t>**用户表(user表)**：</w:t>
      </w:r>
    </w:p>
    <w:p>
      <w:r>
        <w:t>- (id, username, phone, email, password, role, status, avatar, create_time, update_time, deleted)</w:t>
      </w:r>
    </w:p>
    <w:p>
      <w:r>
        <w:t>**宠物表(pet表)**：</w:t>
      </w:r>
    </w:p>
    <w:p>
      <w:r>
        <w:t>- (id, owner_id, name, species, breed, gender, birthday, weight, photo, remark, create_time, update_time, deleted)</w:t>
      </w:r>
    </w:p>
    <w:p>
      <w:r>
        <w:t>- 外键：owner_id → user.id</w:t>
      </w:r>
    </w:p>
    <w:p>
      <w:r>
        <w:t>**预约表(appointment表)**：</w:t>
      </w:r>
    </w:p>
    <w:p>
      <w:r>
        <w:t>- (id, customer_id, pet_id, doctor_id, department, appointment_date, time_slot, status, remark, cancel_time, create_time, update_time, deleted)</w:t>
      </w:r>
    </w:p>
    <w:p>
      <w:r>
        <w:t>- 外键：customer_id → user.id, pet_id → pet.id, doctor_id → doctor.id</w:t>
      </w:r>
    </w:p>
    <w:p>
      <w:r>
        <w:t>**就诊记录表(visit表)**：</w:t>
      </w:r>
    </w:p>
    <w:p>
      <w:r>
        <w:t>- (id, appointment_id, customer_id, pet_id, doctor_id, symptoms, diagnosis, treatment_plan, status, total_amount, payment_status, payment_method, payment_time, start_time, end_time, create_time, update_time, deleted)</w:t>
      </w:r>
    </w:p>
    <w:p>
      <w:r>
        <w:t>- 外键：appointment_id → appointment.id, customer_id → user.id, pet_id → pet.id, doctor_id → doctor.id</w:t>
      </w:r>
    </w:p>
    <w:p>
      <w:r>
        <w:t>**病历表(medical_record表)**：</w:t>
      </w:r>
    </w:p>
    <w:p>
      <w:r>
        <w:t>- (id, visit_id, record_type, content, attachment_urls, doctor_id, create_time, update_time, deleted)</w:t>
      </w:r>
    </w:p>
    <w:p>
      <w:r>
        <w:t>- 外键：visit_id → visit.id, doctor_id → doctor.id</w:t>
      </w:r>
    </w:p>
    <w:p>
      <w:r>
        <w:t>**处方表(prescription表)**：</w:t>
      </w:r>
    </w:p>
    <w:p>
      <w:r>
        <w:t>- (id, visit_id, doctor_id, customer_id, total_amount, status, remark, create_time, update_time, deleted)</w:t>
      </w:r>
    </w:p>
    <w:p>
      <w:r>
        <w:t>- 外键：visit_id → visit.id, doctor_id → doctor.id, customer_id → user.id</w:t>
      </w:r>
    </w:p>
    <w:p>
      <w:r>
        <w:t>**药品表(drug表)**：</w:t>
      </w:r>
    </w:p>
    <w:p>
      <w:r>
        <w:t>- (id, name, category, manufacturer, specification, unit_price, stock_quantity, unit, status, create_time, update_time, deleted)</w:t>
      </w:r>
    </w:p>
    <w:p>
      <w:r>
        <w:t>**处方明细表(prescription_item表)**：</w:t>
      </w:r>
    </w:p>
    <w:p>
      <w:r>
        <w:t>- (id, prescription_id, drug_id, quantity, dosage, frequency, duration, usage_instructions, create_time, update_time, deleted)</w:t>
      </w:r>
    </w:p>
    <w:p>
      <w:r>
        <w:t>- 外键：prescription_id → prescription.id, drug_id → drug.id</w:t>
      </w:r>
    </w:p>
    <w:p>
      <w:r>
        <w:t>#### 4.5.3 物理设计</w:t>
      </w:r>
    </w:p>
    <w:p>
      <w:r>
        <w:t>| 表4.1 用户表(user表) |</w:t>
      </w:r>
    </w:p>
    <w:p>
      <w:r>
        <w:t>|---------------------|</w:t>
      </w:r>
    </w:p>
    <w:p>
      <w:r>
        <w:t>| 字段名称 | 字段意义 | 数据类型 | 长度 | 完整性约束 |</w:t>
      </w:r>
    </w:p>
    <w:p>
      <w:r>
        <w:t>| id | 用户ID | BIGINT | - | 主键，自增长 |</w:t>
      </w:r>
    </w:p>
    <w:p>
      <w:r>
        <w:t>| username | 用户名 | VARCHAR | 50 | 非空，唯一 |</w:t>
      </w:r>
    </w:p>
    <w:p>
      <w:r>
        <w:t>| phone | 手机号 | VARCHAR | 20 | 非空 |</w:t>
      </w:r>
    </w:p>
    <w:p>
      <w:r>
        <w:t>| email | 邮箱 | VARCHAR | 100 | 唯一 |</w:t>
      </w:r>
    </w:p>
    <w:p>
      <w:r>
        <w:t>| password | 密码 | VARCHAR | 255 | 非空 |</w:t>
      </w:r>
    </w:p>
    <w:p>
      <w:r>
        <w:t>| role | 角色 | VARCHAR | 20 | 非空，默认CUSTOMER |</w:t>
      </w:r>
    </w:p>
    <w:p>
      <w:r>
        <w:t>| status | 状态 | INT | - | 非空，默认1 |</w:t>
      </w:r>
    </w:p>
    <w:p>
      <w:r>
        <w:t>| avatar | 头像 | VARCHAR | 255 | |</w:t>
      </w:r>
    </w:p>
    <w:p>
      <w:r>
        <w:t>| create_time | 创建时间 | TIMESTAMP | - | 自动创建 |</w:t>
      </w:r>
    </w:p>
    <w:p>
      <w:r>
        <w:t>| update_time | 更新时间 | TIMESTAMP | - | 自动更新 |</w:t>
      </w:r>
    </w:p>
    <w:p>
      <w:r>
        <w:t>| deleted | 删除标记 | INT | - | 默认0 |</w:t>
      </w:r>
    </w:p>
    <w:p>
      <w:r>
        <w:t>| 表4.2 宠物表(pet表) |</w:t>
      </w:r>
    </w:p>
    <w:p>
      <w:r>
        <w:t>|---------------------|</w:t>
      </w:r>
    </w:p>
    <w:p>
      <w:r>
        <w:t>| 字段名称 | 字段意义 | 数据类型 | 长度 | 完整性约束 |</w:t>
      </w:r>
    </w:p>
    <w:p>
      <w:r>
        <w:t>| id | 宠物ID | BIGINT | - | 主键，自增长 |</w:t>
      </w:r>
    </w:p>
    <w:p>
      <w:r>
        <w:t>| owner_id | 主人ID | BIGINT | - | 外键，非空 |</w:t>
      </w:r>
    </w:p>
    <w:p>
      <w:r>
        <w:t>| name | 宠物名称 | VARCHAR | 50 | 非空 |</w:t>
      </w:r>
    </w:p>
    <w:p>
      <w:r>
        <w:t>| species | 物种 | VARCHAR | 50 | 非空 |</w:t>
      </w:r>
    </w:p>
    <w:p>
      <w:r>
        <w:t>| breed | 品种 | VARCHAR | 100 | |</w:t>
      </w:r>
    </w:p>
    <w:p>
      <w:r>
        <w:t>| gender | 性别 | VARCHAR | 10 | 非空 |</w:t>
      </w:r>
    </w:p>
    <w:p>
      <w:r>
        <w:t>| birthday | 生日 | DATE | - | |</w:t>
      </w:r>
    </w:p>
    <w:p>
      <w:r>
        <w:t>| weight | 体重 | DOUBLE | - | |</w:t>
      </w:r>
    </w:p>
    <w:p>
      <w:r>
        <w:t>| photo | 照片 | VARCHAR | 255 | |</w:t>
      </w:r>
    </w:p>
    <w:p>
      <w:r>
        <w:t>| remark | 备注 | TEXT | - | |</w:t>
      </w:r>
    </w:p>
    <w:p>
      <w:r>
        <w:t>| create_time | 创建时间 | TIMESTAMP | - | 自动创建 |</w:t>
      </w:r>
    </w:p>
    <w:p>
      <w:r>
        <w:t>| update_time | 更新时间 | TIMESTAMP | - | 自动更新 |</w:t>
      </w:r>
    </w:p>
    <w:p>
      <w:r>
        <w:t>| deleted | 删除标记 | INT | - | 默认0 |</w:t>
      </w:r>
    </w:p>
    <w:p>
      <w:r>
        <w:t>| 表4.3 预约表(appointment表) |</w:t>
      </w:r>
    </w:p>
    <w:p>
      <w:r>
        <w:t>|-----------------------------|</w:t>
      </w:r>
    </w:p>
    <w:p>
      <w:r>
        <w:t>| 字段名称 | 字段意义 | 数据类型 | 长度 | 完整性约束 |</w:t>
      </w:r>
    </w:p>
    <w:p>
      <w:r>
        <w:t>| id | 预约ID | BIGINT | - | 主键，自增长 |</w:t>
      </w:r>
    </w:p>
    <w:p>
      <w:r>
        <w:t>| customer_id | 顾客ID | BIGINT | - | 外键，非空 |</w:t>
      </w:r>
    </w:p>
    <w:p>
      <w:r>
        <w:t>| pet_id | 宠物ID | BIGINT | - | 外键，非空 |</w:t>
      </w:r>
    </w:p>
    <w:p>
      <w:r>
        <w:t>| doctor_id | 医生ID | BIGINT | - | 外键，可空 |</w:t>
      </w:r>
    </w:p>
    <w:p>
      <w:r>
        <w:t>| department | 科室 | VARCHAR | 50 | 非空 |</w:t>
      </w:r>
    </w:p>
    <w:p>
      <w:r>
        <w:t>| appointment_date | 预约日期 | DATE | - | 非空 |</w:t>
      </w:r>
    </w:p>
    <w:p>
      <w:r>
        <w:t>| time_slot | 时间段 | VARCHAR | 20 | 非空 |</w:t>
      </w:r>
    </w:p>
    <w:p>
      <w:r>
        <w:t>| status | 状态 | VARCHAR | 20 | 非空，默认PENDING |</w:t>
      </w:r>
    </w:p>
    <w:p>
      <w:r>
        <w:t>| remark | 备注 | TEXT | - | |</w:t>
      </w:r>
    </w:p>
    <w:p>
      <w:r>
        <w:t>| cancel_time | 取消时间 | TIMESTAMP | - | |</w:t>
      </w:r>
    </w:p>
    <w:p>
      <w:r>
        <w:t>| create_time | 创建时间 | TIMESTAMP | - | 自动创建 |</w:t>
      </w:r>
    </w:p>
    <w:p>
      <w:r>
        <w:t>| update_time | 更新时间 | TIMESTAMP | - | 自动更新 |</w:t>
      </w:r>
    </w:p>
    <w:p>
      <w:r>
        <w:t>| deleted | 删除标记 | INT | - | 默认0 |</w:t>
      </w:r>
    </w:p>
    <w:p>
      <w:r>
        <w:t>| 表4.4 药品表(drug表) |</w:t>
      </w:r>
    </w:p>
    <w:p>
      <w:r>
        <w:t>|-----------------------|</w:t>
      </w:r>
    </w:p>
    <w:p>
      <w:r>
        <w:t>| 字段名称 | 字段意义 | 数据类型 | 长度 | 完整性约束 |</w:t>
      </w:r>
    </w:p>
    <w:p>
      <w:r>
        <w:t>| id | 药品ID | BIGINT | - | 主键，自增长 |</w:t>
      </w:r>
    </w:p>
    <w:p>
      <w:r>
        <w:t>| name | 药品名称 | VARCHAR | 100 | 非空 |</w:t>
      </w:r>
    </w:p>
    <w:p>
      <w:r>
        <w:t>| category | 分类 | VARCHAR | 50 | 非空 |</w:t>
      </w:r>
    </w:p>
    <w:p>
      <w:r>
        <w:t>| manufacturer | 生产厂家 | VARCHAR | 100 | |</w:t>
      </w:r>
    </w:p>
    <w:p>
      <w:r>
        <w:t>| specification | 规格 | VARCHAR | 100 | |</w:t>
      </w:r>
    </w:p>
    <w:p>
      <w:r>
        <w:t>| unit_price | 单价 | DECIMAL | 10,2 | 非空 |</w:t>
      </w:r>
    </w:p>
    <w:p>
      <w:r>
        <w:t>| stock_quantity | 库存数量 | INT | - | 非空，默认0 |</w:t>
      </w:r>
    </w:p>
    <w:p>
      <w:r>
        <w:t>| unit | 单位 | VARCHAR | 20 | 非空 |</w:t>
      </w:r>
    </w:p>
    <w:p>
      <w:r>
        <w:t>| status | 状态 | INT | - | 非空，默认1 |</w:t>
      </w:r>
    </w:p>
    <w:p>
      <w:r>
        <w:t>| create_time | 创建时间 | TIMESTAMP | - | 自动创建 |</w:t>
      </w:r>
    </w:p>
    <w:p>
      <w:r>
        <w:t>| update_time | 更新时间 | TIMESTAMP | - | 自动更新 |</w:t>
      </w:r>
    </w:p>
    <w:p>
      <w:r>
        <w:t>| deleted | 删除标记 | INT | - | 默认0 |</w:t>
      </w:r>
    </w:p>
    <w:p>
      <w:r>
        <w:t>### 4.6 图形界面设计</w:t>
      </w:r>
    </w:p>
    <w:p>
      <w:r>
        <w:t>#### 4.6.1 系统界面设计原则</w:t>
      </w:r>
    </w:p>
    <w:p>
      <w:r>
        <w:t>系统界面设计遵循以下原则：</w:t>
      </w:r>
    </w:p>
    <w:p>
      <w:r>
        <w:t>1. **简洁性**：界面布局简洁明了，避免冗余元素</w:t>
      </w:r>
    </w:p>
    <w:p>
      <w:r>
        <w:t>2. **一致性**：保持整体风格一致，提高用户体验</w:t>
      </w:r>
    </w:p>
    <w:p>
      <w:r>
        <w:t>3. **易用性**：操作流程简单直观，降低学习成本</w:t>
      </w:r>
    </w:p>
    <w:p>
      <w:r>
        <w:t>4. **响应性**：适配不同屏幕尺寸，提供良好体验</w:t>
      </w:r>
    </w:p>
    <w:p>
      <w:r>
        <w:t>#### 4.6.2 主要界面设计</w:t>
      </w:r>
    </w:p>
    <w:p>
      <w:r>
        <w:t>**登录界面设计：**</w:t>
      </w:r>
    </w:p>
    <w:p>
      <w:r>
        <w:t>- 包含用户名/密码输入框</w:t>
      </w:r>
    </w:p>
    <w:p>
      <w:r>
        <w:t>- 角色选择下拉菜单</w:t>
      </w:r>
    </w:p>
    <w:p>
      <w:r>
        <w:t>- 登录按钮和忘记密码链接</w:t>
      </w:r>
    </w:p>
    <w:p>
      <w:r>
        <w:t>- 系统logo和标题</w:t>
      </w:r>
    </w:p>
    <w:p>
      <w:r>
        <w:t>**管理员后台界面：**</w:t>
      </w:r>
    </w:p>
    <w:p>
      <w:r>
        <w:t>- 左侧导航菜单，包含各功能模块</w:t>
      </w:r>
    </w:p>
    <w:p>
      <w:r>
        <w:t>- 顶部工具栏，显示用户信息和系统时间</w:t>
      </w:r>
    </w:p>
    <w:p>
      <w:r>
        <w:t>- 主内容区域，展示具体功能页面</w:t>
      </w:r>
    </w:p>
    <w:p>
      <w:r>
        <w:t>- 底部版权信息</w:t>
      </w:r>
    </w:p>
    <w:p>
      <w:r>
        <w:t>**医生工作站界面：**</w:t>
      </w:r>
    </w:p>
    <w:p>
      <w:r>
        <w:t>- 预约列表面板，显示当日预约</w:t>
      </w:r>
    </w:p>
    <w:p>
      <w:r>
        <w:t>- 患者信息面板，显示患者详情</w:t>
      </w:r>
    </w:p>
    <w:p>
      <w:r>
        <w:t>- 病历编辑区域，录入诊疗信息</w:t>
      </w:r>
    </w:p>
    <w:p>
      <w:r>
        <w:t>- 快捷操作按钮，如开具处方、打印等</w:t>
      </w:r>
    </w:p>
    <w:p>
      <w:r>
        <w:t>**顾客前台界面：**</w:t>
      </w:r>
    </w:p>
    <w:p>
      <w:r>
        <w:t>- 顶部导航栏，包含首页、预约、档案等选项</w:t>
      </w:r>
    </w:p>
    <w:p>
      <w:r>
        <w:t>- 轮播图区域，展示医院信息</w:t>
      </w:r>
    </w:p>
    <w:p>
      <w:r>
        <w:t>- 功能入口，如预约挂号、查询报告等</w:t>
      </w:r>
    </w:p>
    <w:p>
      <w:r>
        <w:t>- 底部信息栏，包含联系方式等</w:t>
      </w:r>
    </w:p>
    <w:p>
      <w:r>
        <w:t>---</w:t>
      </w:r>
    </w:p>
    <w:p>
      <w:r>
        <w:t>## 第五章 爱维宠物医院管理系统的系统实现</w:t>
      </w:r>
    </w:p>
    <w:p>
      <w:r>
        <w:t>### 5.1 开发环境搭建</w:t>
      </w:r>
    </w:p>
    <w:p>
      <w:r>
        <w:t>#### 5.1.1 后端开发环境</w:t>
      </w:r>
    </w:p>
    <w:p>
      <w:r>
        <w:t>**硬件环境：**</w:t>
      </w:r>
    </w:p>
    <w:p>
      <w:r>
        <w:t>- CPU：Intel i5或同等性能以上</w:t>
      </w:r>
    </w:p>
    <w:p>
      <w:r>
        <w:t>- 内存：8GB或以上</w:t>
      </w:r>
    </w:p>
    <w:p>
      <w:r>
        <w:t>- 硬盘：100GB可用空间</w:t>
      </w:r>
    </w:p>
    <w:p>
      <w:r>
        <w:t>**软件环境：**</w:t>
      </w:r>
    </w:p>
    <w:p>
      <w:r>
        <w:t>- 操作系统：Windows 10/11, macOS, 或 Linux</w:t>
      </w:r>
    </w:p>
    <w:p>
      <w:r>
        <w:t>- JDK：1.8或以上版本</w:t>
      </w:r>
    </w:p>
    <w:p>
      <w:r>
        <w:t>- Maven：3.6.0或以上版本</w:t>
      </w:r>
    </w:p>
    <w:p>
      <w:r>
        <w:t>- MySQL：8.0或以上版本</w:t>
      </w:r>
    </w:p>
    <w:p>
      <w:r>
        <w:t>- IDE：IntelliJ IDEA或Eclipse</w:t>
      </w:r>
    </w:p>
    <w:p>
      <w:r>
        <w:t>**开发工具：**</w:t>
      </w:r>
    </w:p>
    <w:p>
      <w:r>
        <w:t>- Postman：API测试工具</w:t>
      </w:r>
    </w:p>
    <w:p>
      <w:r>
        <w:t>- Navicat：数据库管理工具</w:t>
      </w:r>
    </w:p>
    <w:p>
      <w:r>
        <w:t>- Git：版本控制工具</w:t>
      </w:r>
    </w:p>
    <w:p>
      <w:r>
        <w:t>#### 5.1.2 前端开发环境</w:t>
      </w:r>
    </w:p>
    <w:p>
      <w:r>
        <w:t>**软件环境：**</w:t>
      </w:r>
    </w:p>
    <w:p>
      <w:r>
        <w:t>- Node.js：14.x或以上版本</w:t>
      </w:r>
    </w:p>
    <w:p>
      <w:r>
        <w:t>- npm：6.x或以上版本</w:t>
      </w:r>
    </w:p>
    <w:p>
      <w:r>
        <w:t>- Vue CLI：4.x或以上版本</w:t>
      </w:r>
    </w:p>
    <w:p>
      <w:r>
        <w:t>**开发工具：**</w:t>
      </w:r>
    </w:p>
    <w:p>
      <w:r>
        <w:t>- VS Code：代码编辑器</w:t>
      </w:r>
    </w:p>
    <w:p>
      <w:r>
        <w:t>- Chrome浏览器：调试工具</w:t>
      </w:r>
    </w:p>
    <w:p>
      <w:r>
        <w:t>- Vue DevTools：Vue调试插件</w:t>
      </w:r>
    </w:p>
    <w:p>
      <w:r>
        <w:t>### 5.2 核心功能模块实现</w:t>
      </w:r>
    </w:p>
    <w:p>
      <w:r>
        <w:t>#### 5.2.1 用户认证模块实现</w:t>
      </w:r>
    </w:p>
    <w:p>
      <w:r>
        <w:t>用户认证模块是系统的基础模块，负责用户的身份验证和权限管理。</w:t>
      </w:r>
    </w:p>
    <w:p>
      <w:r>
        <w:t>**实现步骤：**</w:t>
      </w:r>
    </w:p>
    <w:p>
      <w:r>
        <w:t>1. **数据库表设计**</w:t>
      </w:r>
    </w:p>
    <w:p>
      <w:r>
        <w:t xml:space="preserve">   - 创建用户表，包含用户基本信息和权限字段</w:t>
      </w:r>
    </w:p>
    <w:p>
      <w:r>
        <w:t xml:space="preserve">   - 设计用户角色表，定义不同角色的权限</w:t>
      </w:r>
    </w:p>
    <w:p>
      <w:r>
        <w:t>2. **实体类实现**</w:t>
      </w:r>
    </w:p>
    <w:p>
      <w:r>
        <w:t xml:space="preserve">   ```java</w:t>
      </w:r>
    </w:p>
    <w:p>
      <w:r>
        <w:t xml:space="preserve">   @Data</w:t>
      </w:r>
    </w:p>
    <w:p>
      <w:r>
        <w:t xml:space="preserve">   @TableName("user")</w:t>
      </w:r>
    </w:p>
    <w:p>
      <w:r>
        <w:t xml:space="preserve">   public class User {</w:t>
      </w:r>
    </w:p>
    <w:p>
      <w:r>
        <w:t xml:space="preserve">       @TableId(type = IdType.AUTO)</w:t>
      </w:r>
    </w:p>
    <w:p>
      <w:r>
        <w:t xml:space="preserve">       private Long id;</w:t>
      </w:r>
    </w:p>
    <w:p>
      <w:r>
        <w:t xml:space="preserve">       private String username;</w:t>
      </w:r>
    </w:p>
    <w:p>
      <w:r>
        <w:t xml:space="preserve">       private String phone;</w:t>
      </w:r>
    </w:p>
    <w:p>
      <w:r>
        <w:t xml:space="preserve">       private String email;</w:t>
      </w:r>
    </w:p>
    <w:p>
      <w:r>
        <w:t xml:space="preserve">       private String password;</w:t>
      </w:r>
    </w:p>
    <w:p>
      <w:r>
        <w:t xml:space="preserve">       private String role;</w:t>
      </w:r>
    </w:p>
    <w:p>
      <w:r>
        <w:t xml:space="preserve">       private Integer status;</w:t>
      </w:r>
    </w:p>
    <w:p>
      <w:r>
        <w:t xml:space="preserve">       // getter和setter方法</w:t>
      </w:r>
    </w:p>
    <w:p>
      <w:r>
        <w:t xml:space="preserve">   }</w:t>
      </w:r>
    </w:p>
    <w:p>
      <w:r>
        <w:t xml:space="preserve">   ```</w:t>
      </w:r>
    </w:p>
    <w:p>
      <w:r>
        <w:t>3. **Mapper层实现**</w:t>
      </w:r>
    </w:p>
    <w:p>
      <w:r>
        <w:t xml:space="preserve">   ```java</w:t>
      </w:r>
    </w:p>
    <w:p>
      <w:r>
        <w:t xml:space="preserve">   @Mapper</w:t>
      </w:r>
    </w:p>
    <w:p>
      <w:r>
        <w:t xml:space="preserve">   public interface UserMapper extends BaseMapper&lt;User&gt; {</w:t>
      </w:r>
    </w:p>
    <w:p>
      <w:r>
        <w:t xml:space="preserve">       User findByUsername(String username);</w:t>
      </w:r>
    </w:p>
    <w:p>
      <w:r>
        <w:t xml:space="preserve">   }</w:t>
      </w:r>
    </w:p>
    <w:p>
      <w:r>
        <w:t xml:space="preserve">   ```</w:t>
      </w:r>
    </w:p>
    <w:p>
      <w:r>
        <w:t>4. **Service层实现**</w:t>
      </w:r>
    </w:p>
    <w:p>
      <w:r>
        <w:t xml:space="preserve">   ```java</w:t>
      </w:r>
    </w:p>
    <w:p>
      <w:r>
        <w:t xml:space="preserve">   @Service</w:t>
      </w:r>
    </w:p>
    <w:p>
      <w:r>
        <w:t xml:space="preserve">   public class UserService {</w:t>
      </w:r>
    </w:p>
    <w:p>
      <w:r>
        <w:t xml:space="preserve">       @Autowired</w:t>
      </w:r>
    </w:p>
    <w:p>
      <w:r>
        <w:t xml:space="preserve">       private UserMapper userMapper;</w:t>
      </w:r>
    </w:p>
    <w:p>
      <w:r>
        <w:t xml:space="preserve">       public User login(String username, String password) {</w:t>
      </w:r>
    </w:p>
    <w:p>
      <w:r>
        <w:t xml:space="preserve">           User user = userMapper.findByUsername(username);</w:t>
      </w:r>
    </w:p>
    <w:p>
      <w:r>
        <w:t xml:space="preserve">           if (user != null &amp;&amp; BCrypt.checkpw(password, user.getPassword())) {</w:t>
      </w:r>
    </w:p>
    <w:p>
      <w:r>
        <w:t xml:space="preserve">               return user;</w:t>
      </w:r>
    </w:p>
    <w:p>
      <w:r>
        <w:t xml:space="preserve">           }</w:t>
      </w:r>
    </w:p>
    <w:p>
      <w:r>
        <w:t xml:space="preserve">           return null;</w:t>
      </w:r>
    </w:p>
    <w:p>
      <w:r>
        <w:t xml:space="preserve">       }</w:t>
      </w:r>
    </w:p>
    <w:p>
      <w:r>
        <w:t xml:space="preserve">   }</w:t>
      </w:r>
    </w:p>
    <w:p>
      <w:r>
        <w:t xml:space="preserve">   ```</w:t>
      </w:r>
    </w:p>
    <w:p>
      <w:r>
        <w:t>5. **Controller层实现**</w:t>
      </w:r>
    </w:p>
    <w:p>
      <w:r>
        <w:t xml:space="preserve">   ```java</w:t>
      </w:r>
    </w:p>
    <w:p>
      <w:r>
        <w:t xml:space="preserve">   @RestController</w:t>
      </w:r>
    </w:p>
    <w:p>
      <w:r>
        <w:t xml:space="preserve">   @RequestMapping("/auth")</w:t>
      </w:r>
    </w:p>
    <w:p>
      <w:r>
        <w:t xml:space="preserve">   public class AuthController {</w:t>
      </w:r>
    </w:p>
    <w:p>
      <w:r>
        <w:t xml:space="preserve">       @Autowired</w:t>
      </w:r>
    </w:p>
    <w:p>
      <w:r>
        <w:t xml:space="preserve">       private UserService userService;</w:t>
      </w:r>
    </w:p>
    <w:p>
      <w:r>
        <w:t xml:space="preserve">       @PostMapping("/login")</w:t>
      </w:r>
    </w:p>
    <w:p>
      <w:r>
        <w:t xml:space="preserve">       public ApiResponse&lt;?&gt; login(@RequestBody LoginRequest request) {</w:t>
      </w:r>
    </w:p>
    <w:p>
      <w:r>
        <w:t xml:space="preserve">           User user = userService.login(request.getUsername(), request.getPassword());</w:t>
      </w:r>
    </w:p>
    <w:p>
      <w:r>
        <w:t xml:space="preserve">           if (user != null) {</w:t>
      </w:r>
    </w:p>
    <w:p>
      <w:r>
        <w:t xml:space="preserve">               // 生成JWT token</w:t>
      </w:r>
    </w:p>
    <w:p>
      <w:r>
        <w:t xml:space="preserve">               String token = JwtUtil.generateToken(user);</w:t>
      </w:r>
    </w:p>
    <w:p>
      <w:r>
        <w:t xml:space="preserve">               return ApiResponse.success("Login successful", token);</w:t>
      </w:r>
    </w:p>
    <w:p>
      <w:r>
        <w:t xml:space="preserve">           } else {</w:t>
      </w:r>
    </w:p>
    <w:p>
      <w:r>
        <w:t xml:space="preserve">               return ApiResponse.error("Invalid credentials");</w:t>
      </w:r>
    </w:p>
    <w:p>
      <w:r>
        <w:t xml:space="preserve">           }</w:t>
      </w:r>
    </w:p>
    <w:p>
      <w:r>
        <w:t xml:space="preserve">       }</w:t>
      </w:r>
    </w:p>
    <w:p>
      <w:r>
        <w:t xml:space="preserve">   }</w:t>
      </w:r>
    </w:p>
    <w:p>
      <w:r>
        <w:t xml:space="preserve">   ```</w:t>
      </w:r>
    </w:p>
    <w:p>
      <w:r>
        <w:t>6. **安全配置**</w:t>
      </w:r>
    </w:p>
    <w:p>
      <w:r>
        <w:t xml:space="preserve">   - 配置Spring Security实现认证授权</w:t>
      </w:r>
    </w:p>
    <w:p>
      <w:r>
        <w:t xml:space="preserve">   - 实现JWT令牌的生成和验证</w:t>
      </w:r>
    </w:p>
    <w:p>
      <w:r>
        <w:t xml:space="preserve">   - 配置跨域访问支持</w:t>
      </w:r>
    </w:p>
    <w:p>
      <w:r>
        <w:t>#### 5.2.2 预约管理模块实现</w:t>
      </w:r>
    </w:p>
    <w:p>
      <w:r>
        <w:t>预约管理模块是系统的核心功能之一，实现在线预约挂号功能。</w:t>
      </w:r>
    </w:p>
    <w:p>
      <w:r>
        <w:t>**实现步骤：**</w:t>
      </w:r>
    </w:p>
    <w:p>
      <w:r>
        <w:t>1. **实体类设计**</w:t>
      </w:r>
    </w:p>
    <w:p>
      <w:r>
        <w:t xml:space="preserve">   ```java</w:t>
      </w:r>
    </w:p>
    <w:p>
      <w:r>
        <w:t xml:space="preserve">   @Data</w:t>
      </w:r>
    </w:p>
    <w:p>
      <w:r>
        <w:t xml:space="preserve">   @TableName("appointment")</w:t>
      </w:r>
    </w:p>
    <w:p>
      <w:r>
        <w:t xml:space="preserve">   public class Appointment {</w:t>
      </w:r>
    </w:p>
    <w:p>
      <w:r>
        <w:t xml:space="preserve">       @TableId(type = IdType.AUTO)</w:t>
      </w:r>
    </w:p>
    <w:p>
      <w:r>
        <w:t xml:space="preserve">       private Long id;</w:t>
      </w:r>
    </w:p>
    <w:p>
      <w:r>
        <w:t xml:space="preserve">       private Long customerId;</w:t>
      </w:r>
    </w:p>
    <w:p>
      <w:r>
        <w:t xml:space="preserve">       private Long petId;</w:t>
      </w:r>
    </w:p>
    <w:p>
      <w:r>
        <w:t xml:space="preserve">       private Long doctorId;</w:t>
      </w:r>
    </w:p>
    <w:p>
      <w:r>
        <w:t xml:space="preserve">       private String department;</w:t>
      </w:r>
    </w:p>
    <w:p>
      <w:r>
        <w:t xml:space="preserve">       private LocalDate appointmentDate;</w:t>
      </w:r>
    </w:p>
    <w:p>
      <w:r>
        <w:t xml:space="preserve">       private String timeSlot;</w:t>
      </w:r>
    </w:p>
    <w:p>
      <w:r>
        <w:t xml:space="preserve">       private String status;</w:t>
      </w:r>
    </w:p>
    <w:p>
      <w:r>
        <w:t xml:space="preserve">       private String remark;</w:t>
      </w:r>
    </w:p>
    <w:p>
      <w:r>
        <w:t xml:space="preserve">       private LocalDateTime cancelTime;</w:t>
      </w:r>
    </w:p>
    <w:p>
      <w:r>
        <w:t xml:space="preserve">       // getter和setter方法</w:t>
      </w:r>
    </w:p>
    <w:p>
      <w:r>
        <w:t xml:space="preserve">   }</w:t>
      </w:r>
    </w:p>
    <w:p>
      <w:r>
        <w:t xml:space="preserve">   ```</w:t>
      </w:r>
    </w:p>
    <w:p>
      <w:r>
        <w:t>2. **业务逻辑实现**</w:t>
      </w:r>
    </w:p>
    <w:p>
      <w:r>
        <w:t xml:space="preserve">   - 实现预约创建逻辑，包括时段检查、重复预约检查</w:t>
      </w:r>
    </w:p>
    <w:p>
      <w:r>
        <w:t xml:space="preserve">   - 实现预约状态管理，支持取消、确认等操作</w:t>
      </w:r>
    </w:p>
    <w:p>
      <w:r>
        <w:t xml:space="preserve">   - 实现预约查询功能，支持按条件筛选</w:t>
      </w:r>
    </w:p>
    <w:p>
      <w:r>
        <w:t>3. **接口设计**</w:t>
      </w:r>
    </w:p>
    <w:p>
      <w:r>
        <w:t xml:space="preserve">   ```java</w:t>
      </w:r>
    </w:p>
    <w:p>
      <w:r>
        <w:t xml:space="preserve">   @RestController</w:t>
      </w:r>
    </w:p>
    <w:p>
      <w:r>
        <w:t xml:space="preserve">   @RequestMapping("/appointments")</w:t>
      </w:r>
    </w:p>
    <w:p>
      <w:r>
        <w:t xml:space="preserve">   public class AppointmentController {</w:t>
      </w:r>
    </w:p>
    <w:p>
      <w:r>
        <w:t xml:space="preserve">       @Autowired</w:t>
      </w:r>
    </w:p>
    <w:p>
      <w:r>
        <w:t xml:space="preserve">       private AppointmentService appointmentService;</w:t>
      </w:r>
    </w:p>
    <w:p>
      <w:r>
        <w:t xml:space="preserve">       @PostMapping</w:t>
      </w:r>
    </w:p>
    <w:p>
      <w:r>
        <w:t xml:space="preserve">       public ApiResponse&lt;?&gt; create(@RequestBody Appointment appointment) {</w:t>
      </w:r>
    </w:p>
    <w:p>
      <w:r>
        <w:t xml:space="preserve">           // 创建预约逻辑</w:t>
      </w:r>
    </w:p>
    <w:p>
      <w:r>
        <w:t xml:space="preserve">       }</w:t>
      </w:r>
    </w:p>
    <w:p>
      <w:r>
        <w:t xml:space="preserve">       @GetMapping</w:t>
      </w:r>
    </w:p>
    <w:p>
      <w:r>
        <w:t xml:space="preserve">       public ApiResponse&lt;?&gt; list(@RequestParam Map&lt;String, Object&gt; params) {</w:t>
      </w:r>
    </w:p>
    <w:p>
      <w:r>
        <w:t xml:space="preserve">           // 查询预约列表逻辑</w:t>
      </w:r>
    </w:p>
    <w:p>
      <w:r>
        <w:t xml:space="preserve">       }</w:t>
      </w:r>
    </w:p>
    <w:p>
      <w:r>
        <w:t xml:space="preserve">   }</w:t>
      </w:r>
    </w:p>
    <w:p>
      <w:r>
        <w:t xml:space="preserve">   ```</w:t>
      </w:r>
    </w:p>
    <w:p>
      <w:r>
        <w:t>4. **前端实现**</w:t>
      </w:r>
    </w:p>
    <w:p>
      <w:r>
        <w:t xml:space="preserve">   - 预约日历组件，显示可预约时间段</w:t>
      </w:r>
    </w:p>
    <w:p>
      <w:r>
        <w:t xml:space="preserve">   - 预约表单，收集预约信息</w:t>
      </w:r>
    </w:p>
    <w:p>
      <w:r>
        <w:t xml:space="preserve">   - 预约列表，展示用户预约记录</w:t>
      </w:r>
    </w:p>
    <w:p>
      <w:r>
        <w:t>#### 5.2.3 病历管理模块实现</w:t>
      </w:r>
    </w:p>
    <w:p>
      <w:r>
        <w:t>病历管理模块用于记录和管理患者的诊疗信息。</w:t>
      </w:r>
    </w:p>
    <w:p>
      <w:r>
        <w:t>**实现步骤：**</w:t>
      </w:r>
    </w:p>
    <w:p>
      <w:r>
        <w:t>1. **实体类设计**</w:t>
      </w:r>
    </w:p>
    <w:p>
      <w:r>
        <w:t xml:space="preserve">   ```java</w:t>
      </w:r>
    </w:p>
    <w:p>
      <w:r>
        <w:t xml:space="preserve">   @Data</w:t>
      </w:r>
    </w:p>
    <w:p>
      <w:r>
        <w:t xml:space="preserve">   @TableName("medical_record")</w:t>
      </w:r>
    </w:p>
    <w:p>
      <w:r>
        <w:t xml:space="preserve">   public class MedicalRecord {</w:t>
      </w:r>
    </w:p>
    <w:p>
      <w:r>
        <w:t xml:space="preserve">       @TableId(type = IdType.AUTO)</w:t>
      </w:r>
    </w:p>
    <w:p>
      <w:r>
        <w:t xml:space="preserve">       private Long id;</w:t>
      </w:r>
    </w:p>
    <w:p>
      <w:r>
        <w:t xml:space="preserve">       private Long visitId;</w:t>
      </w:r>
    </w:p>
    <w:p>
      <w:r>
        <w:t xml:space="preserve">       private String recordType;</w:t>
      </w:r>
    </w:p>
    <w:p>
      <w:r>
        <w:t xml:space="preserve">       private String content;</w:t>
      </w:r>
    </w:p>
    <w:p>
      <w:r>
        <w:t xml:space="preserve">       private String attachmentUrls;</w:t>
      </w:r>
    </w:p>
    <w:p>
      <w:r>
        <w:t xml:space="preserve">       private Long doctorId;</w:t>
      </w:r>
    </w:p>
    <w:p>
      <w:r>
        <w:t xml:space="preserve">       // getter和setter方法</w:t>
      </w:r>
    </w:p>
    <w:p>
      <w:r>
        <w:t xml:space="preserve">   }</w:t>
      </w:r>
    </w:p>
    <w:p>
      <w:r>
        <w:t xml:space="preserve">   ```</w:t>
      </w:r>
    </w:p>
    <w:p>
      <w:r>
        <w:t>2. **业务逻辑实现**</w:t>
      </w:r>
    </w:p>
    <w:p>
      <w:r>
        <w:t xml:space="preserve">   - 实现病历创建、编辑、删除功能</w:t>
      </w:r>
    </w:p>
    <w:p>
      <w:r>
        <w:t xml:space="preserve">   - 实现病历查询和筛选功能</w:t>
      </w:r>
    </w:p>
    <w:p>
      <w:r>
        <w:t xml:space="preserve">   - 实现附件上传和管理功能</w:t>
      </w:r>
    </w:p>
    <w:p>
      <w:r>
        <w:t>3. **富文本编辑器集成**</w:t>
      </w:r>
    </w:p>
    <w:p>
      <w:r>
        <w:t xml:space="preserve">   - 集成富文本编辑器，支持格式化内容输入</w:t>
      </w:r>
    </w:p>
    <w:p>
      <w:r>
        <w:t xml:space="preserve">   - 实现图片上传功能</w:t>
      </w:r>
    </w:p>
    <w:p>
      <w:r>
        <w:t xml:space="preserve">   - 实现模板管理功能</w:t>
      </w:r>
    </w:p>
    <w:p>
      <w:r>
        <w:t>#### 5.2.4 处方管理模块实现</w:t>
      </w:r>
    </w:p>
    <w:p>
      <w:r>
        <w:t>处方管理模块用于医生开具和管理电子处方。</w:t>
      </w:r>
    </w:p>
    <w:p>
      <w:r>
        <w:t>**实现步骤：**</w:t>
      </w:r>
    </w:p>
    <w:p>
      <w:r>
        <w:t>1. **实体类设计**</w:t>
      </w:r>
    </w:p>
    <w:p>
      <w:r>
        <w:t xml:space="preserve">   ```java</w:t>
      </w:r>
    </w:p>
    <w:p>
      <w:r>
        <w:t xml:space="preserve">   @Data</w:t>
      </w:r>
    </w:p>
    <w:p>
      <w:r>
        <w:t xml:space="preserve">   @TableName("prescription")</w:t>
      </w:r>
    </w:p>
    <w:p>
      <w:r>
        <w:t xml:space="preserve">   public class Prescription {</w:t>
      </w:r>
    </w:p>
    <w:p>
      <w:r>
        <w:t xml:space="preserve">       @TableId(type = IdType.AUTO)</w:t>
      </w:r>
    </w:p>
    <w:p>
      <w:r>
        <w:t xml:space="preserve">       private Long id;</w:t>
      </w:r>
    </w:p>
    <w:p>
      <w:r>
        <w:t xml:space="preserve">       private Long visitId;</w:t>
      </w:r>
    </w:p>
    <w:p>
      <w:r>
        <w:t xml:space="preserve">       private Long doctorId;</w:t>
      </w:r>
    </w:p>
    <w:p>
      <w:r>
        <w:t xml:space="preserve">       private Long customerId;</w:t>
      </w:r>
    </w:p>
    <w:p>
      <w:r>
        <w:t xml:space="preserve">       private BigDecimal totalAmount;</w:t>
      </w:r>
    </w:p>
    <w:p>
      <w:r>
        <w:t xml:space="preserve">       private String status;</w:t>
      </w:r>
    </w:p>
    <w:p>
      <w:r>
        <w:t xml:space="preserve">       // getter和setter方法</w:t>
      </w:r>
    </w:p>
    <w:p>
      <w:r>
        <w:t xml:space="preserve">   }</w:t>
      </w:r>
    </w:p>
    <w:p>
      <w:r>
        <w:t xml:space="preserve">   @Data</w:t>
      </w:r>
    </w:p>
    <w:p>
      <w:r>
        <w:t xml:space="preserve">   @TableName("prescription_item")</w:t>
      </w:r>
    </w:p>
    <w:p>
      <w:r>
        <w:t xml:space="preserve">   public class PrescriptionItem {</w:t>
      </w:r>
    </w:p>
    <w:p>
      <w:r>
        <w:t xml:space="preserve">       @TableId(type = IdType.AUTO)</w:t>
      </w:r>
    </w:p>
    <w:p>
      <w:r>
        <w:t xml:space="preserve">       private Long id;</w:t>
      </w:r>
    </w:p>
    <w:p>
      <w:r>
        <w:t xml:space="preserve">       private Long prescriptionId;</w:t>
      </w:r>
    </w:p>
    <w:p>
      <w:r>
        <w:t xml:space="preserve">       private Long drugId;</w:t>
      </w:r>
    </w:p>
    <w:p>
      <w:r>
        <w:t xml:space="preserve">       private Integer quantity;</w:t>
      </w:r>
    </w:p>
    <w:p>
      <w:r>
        <w:t xml:space="preserve">       private String dosage;</w:t>
      </w:r>
    </w:p>
    <w:p>
      <w:r>
        <w:t xml:space="preserve">       private String frequency;</w:t>
      </w:r>
    </w:p>
    <w:p>
      <w:r>
        <w:t xml:space="preserve">       private String duration;</w:t>
      </w:r>
    </w:p>
    <w:p>
      <w:r>
        <w:t xml:space="preserve">       // getter和setter方法</w:t>
      </w:r>
    </w:p>
    <w:p>
      <w:r>
        <w:t xml:space="preserve">   }</w:t>
      </w:r>
    </w:p>
    <w:p>
      <w:r>
        <w:t xml:space="preserve">   ```</w:t>
      </w:r>
    </w:p>
    <w:p>
      <w:r>
        <w:t>2. **业务逻辑实现**</w:t>
      </w:r>
    </w:p>
    <w:p>
      <w:r>
        <w:t xml:space="preserve">   - 实现处方创建和编辑功能</w:t>
      </w:r>
    </w:p>
    <w:p>
      <w:r>
        <w:t xml:space="preserve">   - 实现处方药品管理功能</w:t>
      </w:r>
    </w:p>
    <w:p>
      <w:r>
        <w:t xml:space="preserve">   - 实现处方状态管理功能</w:t>
      </w:r>
    </w:p>
    <w:p>
      <w:r>
        <w:t>3. **药品选择器**</w:t>
      </w:r>
    </w:p>
    <w:p>
      <w:r>
        <w:t xml:space="preserve">   - 实现药品搜索和选择功能</w:t>
      </w:r>
    </w:p>
    <w:p>
      <w:r>
        <w:t xml:space="preserve">   - 实现药品剂量和用法配置</w:t>
      </w:r>
    </w:p>
    <w:p>
      <w:r>
        <w:t xml:space="preserve">   - 实现处方预览和打印功能</w:t>
      </w:r>
    </w:p>
    <w:p>
      <w:r>
        <w:t>#### 5.2.5 药品库存管理模块实现</w:t>
      </w:r>
    </w:p>
    <w:p>
      <w:r>
        <w:t>药品库存管理模块用于管理药品的采购、库存和销售。</w:t>
      </w:r>
    </w:p>
    <w:p>
      <w:r>
        <w:t>**实现步骤：**</w:t>
      </w:r>
    </w:p>
    <w:p>
      <w:r>
        <w:t>1. **实体类设计**</w:t>
      </w:r>
    </w:p>
    <w:p>
      <w:r>
        <w:t xml:space="preserve">   ```java</w:t>
      </w:r>
    </w:p>
    <w:p>
      <w:r>
        <w:t xml:space="preserve">   @Data</w:t>
      </w:r>
    </w:p>
    <w:p>
      <w:r>
        <w:t xml:space="preserve">   @TableName("stock_in")</w:t>
      </w:r>
    </w:p>
    <w:p>
      <w:r>
        <w:t xml:space="preserve">   public class StockIn {</w:t>
      </w:r>
    </w:p>
    <w:p>
      <w:r>
        <w:t xml:space="preserve">       @TableId(type = IdType.AUTO)</w:t>
      </w:r>
    </w:p>
    <w:p>
      <w:r>
        <w:t xml:space="preserve">       private Long id;</w:t>
      </w:r>
    </w:p>
    <w:p>
      <w:r>
        <w:t xml:space="preserve">       private Long drugId;</w:t>
      </w:r>
    </w:p>
    <w:p>
      <w:r>
        <w:t xml:space="preserve">       private Integer quantity;</w:t>
      </w:r>
    </w:p>
    <w:p>
      <w:r>
        <w:t xml:space="preserve">       private BigDecimal unitPrice;</w:t>
      </w:r>
    </w:p>
    <w:p>
      <w:r>
        <w:t xml:space="preserve">       private String supplier;</w:t>
      </w:r>
    </w:p>
    <w:p>
      <w:r>
        <w:t xml:space="preserve">       private Long operatorId;</w:t>
      </w:r>
    </w:p>
    <w:p>
      <w:r>
        <w:t xml:space="preserve">       // getter和setter方法</w:t>
      </w:r>
    </w:p>
    <w:p>
      <w:r>
        <w:t xml:space="preserve">   }</w:t>
      </w:r>
    </w:p>
    <w:p>
      <w:r>
        <w:t xml:space="preserve">   @Data</w:t>
      </w:r>
    </w:p>
    <w:p>
      <w:r>
        <w:t xml:space="preserve">   @TableName("stock_out")</w:t>
      </w:r>
    </w:p>
    <w:p>
      <w:r>
        <w:t xml:space="preserve">   public class StockOut {</w:t>
      </w:r>
    </w:p>
    <w:p>
      <w:r>
        <w:t xml:space="preserve">       @TableId(type = IdType.AUTO)</w:t>
      </w:r>
    </w:p>
    <w:p>
      <w:r>
        <w:t xml:space="preserve">       private Long id;</w:t>
      </w:r>
    </w:p>
    <w:p>
      <w:r>
        <w:t xml:space="preserve">       private Long drugId;</w:t>
      </w:r>
    </w:p>
    <w:p>
      <w:r>
        <w:t xml:space="preserve">       private Integer quantity;</w:t>
      </w:r>
    </w:p>
    <w:p>
      <w:r>
        <w:t xml:space="preserve">       private String purpose;</w:t>
      </w:r>
    </w:p>
    <w:p>
      <w:r>
        <w:t xml:space="preserve">       private Long operatorId;</w:t>
      </w:r>
    </w:p>
    <w:p>
      <w:r>
        <w:t xml:space="preserve">       // getter和setter方法</w:t>
      </w:r>
    </w:p>
    <w:p>
      <w:r>
        <w:t xml:space="preserve">   }</w:t>
      </w:r>
    </w:p>
    <w:p>
      <w:r>
        <w:t xml:space="preserve">   ```</w:t>
      </w:r>
    </w:p>
    <w:p>
      <w:r>
        <w:t>2. **库存计算逻辑**</w:t>
      </w:r>
    </w:p>
    <w:p>
      <w:r>
        <w:t xml:space="preserve">   - 实现库存数量自动计算</w:t>
      </w:r>
    </w:p>
    <w:p>
      <w:r>
        <w:t xml:space="preserve">   - 实现库存预警功能</w:t>
      </w:r>
    </w:p>
    <w:p>
      <w:r>
        <w:t xml:space="preserve">   - 实现出入库流水记录</w:t>
      </w:r>
    </w:p>
    <w:p>
      <w:r>
        <w:t>3. **报表功能**</w:t>
      </w:r>
    </w:p>
    <w:p>
      <w:r>
        <w:t xml:space="preserve">   - 实现库存报表生成</w:t>
      </w:r>
    </w:p>
    <w:p>
      <w:r>
        <w:t xml:space="preserve">   - 实现出入库统计功能</w:t>
      </w:r>
    </w:p>
    <w:p>
      <w:r>
        <w:t xml:space="preserve">   - 实现药品使用分析功能</w:t>
      </w:r>
    </w:p>
    <w:p>
      <w:r>
        <w:t>### 5.3 前后端交互实现</w:t>
      </w:r>
    </w:p>
    <w:p>
      <w:r>
        <w:t>#### 5.3.1 API接口规范</w:t>
      </w:r>
    </w:p>
    <w:p>
      <w:r>
        <w:t>系统采用RESTful API设计风格，遵循统一的接口规范：</w:t>
      </w:r>
    </w:p>
    <w:p>
      <w:r>
        <w:t>1. **请求规范**</w:t>
      </w:r>
    </w:p>
    <w:p>
      <w:r>
        <w:t xml:space="preserve">   - 使用JSON格式传输数据</w:t>
      </w:r>
    </w:p>
    <w:p>
      <w:r>
        <w:t xml:space="preserve">   - 统一的错误码定义</w:t>
      </w:r>
    </w:p>
    <w:p>
      <w:r>
        <w:t xml:space="preserve">   - 统一的响应格式</w:t>
      </w:r>
    </w:p>
    <w:p>
      <w:r>
        <w:t>2. **响应格式**</w:t>
      </w:r>
    </w:p>
    <w:p>
      <w:r>
        <w:t xml:space="preserve">   ```json</w:t>
      </w:r>
    </w:p>
    <w:p>
      <w:r>
        <w:t xml:space="preserve">   {</w:t>
      </w:r>
    </w:p>
    <w:p>
      <w:r>
        <w:t xml:space="preserve">     "code": 200,</w:t>
      </w:r>
    </w:p>
    <w:p>
      <w:r>
        <w:t xml:space="preserve">     "message": "success",</w:t>
      </w:r>
    </w:p>
    <w:p>
      <w:r>
        <w:t xml:space="preserve">     "data": {},</w:t>
      </w:r>
    </w:p>
    <w:p>
      <w:r>
        <w:t xml:space="preserve">     "timestamp": "2024-01-01T12:00:00"</w:t>
      </w:r>
    </w:p>
    <w:p>
      <w:r>
        <w:t xml:space="preserve">   }</w:t>
      </w:r>
    </w:p>
    <w:p>
      <w:r>
        <w:t xml:space="preserve">   ```</w:t>
      </w:r>
    </w:p>
    <w:p>
      <w:r>
        <w:t>3. **错误处理**</w:t>
      </w:r>
    </w:p>
    <w:p>
      <w:r>
        <w:t xml:space="preserve">   - 统一的错误码定义</w:t>
      </w:r>
    </w:p>
    <w:p>
      <w:r>
        <w:t xml:space="preserve">   - 详细的错误信息描述</w:t>
      </w:r>
    </w:p>
    <w:p>
      <w:r>
        <w:t xml:space="preserve">   - 错误日志记录</w:t>
      </w:r>
    </w:p>
    <w:p>
      <w:r>
        <w:t>#### 5.3.2 跨域配置</w:t>
      </w:r>
    </w:p>
    <w:p>
      <w:r>
        <w:t>配置CORS（Cross-Origin Resource Sharing）支持前端跨域访问：</w:t>
      </w:r>
    </w:p>
    <w:p>
      <w:r>
        <w:t>```java</w:t>
      </w:r>
    </w:p>
    <w:p>
      <w:r>
        <w:t>@Configuration</w:t>
      </w:r>
    </w:p>
    <w:p>
      <w:r>
        <w:t>public class CorsConfig implements WebMvcConfigurer {</w:t>
      </w:r>
    </w:p>
    <w:p>
      <w:r>
        <w:t xml:space="preserve">    @Override</w:t>
      </w:r>
    </w:p>
    <w:p>
      <w:r>
        <w:t xml:space="preserve">    public void addCorsMappings(CorsRegistry registry) {</w:t>
      </w:r>
    </w:p>
    <w:p>
      <w:r>
        <w:t xml:space="preserve">        registry.addMapping("/**")</w:t>
      </w:r>
    </w:p>
    <w:p>
      <w:r>
        <w:t xml:space="preserve">                .allowedOriginPatterns("*")</w:t>
      </w:r>
    </w:p>
    <w:p>
      <w:r>
        <w:t xml:space="preserve">                .allowedMethods("GET", "POST", "PUT", "DELETE", "OPTIONS")</w:t>
      </w:r>
    </w:p>
    <w:p>
      <w:r>
        <w:t xml:space="preserve">                .allowedHeaders("*")</w:t>
      </w:r>
    </w:p>
    <w:p>
      <w:r>
        <w:t xml:space="preserve">                .allowCredentials(true);</w:t>
      </w:r>
    </w:p>
    <w:p>
      <w:r>
        <w:t xml:space="preserve">    }</w:t>
      </w:r>
    </w:p>
    <w:p>
      <w:r>
        <w:t>}</w:t>
      </w:r>
    </w:p>
    <w:p>
      <w:r>
        <w:t>```</w:t>
      </w:r>
    </w:p>
    <w:p>
      <w:r>
        <w:t>#### 5.3.3 接口测试</w:t>
      </w:r>
    </w:p>
    <w:p>
      <w:r>
        <w:t>使用Postman等工具对API接口进行全面测试，包括：</w:t>
      </w:r>
    </w:p>
    <w:p>
      <w:r>
        <w:t>- 正常流程测试</w:t>
      </w:r>
    </w:p>
    <w:p>
      <w:r>
        <w:t>- 异常流程测试</w:t>
      </w:r>
    </w:p>
    <w:p>
      <w:r>
        <w:t>- 参数验证测试</w:t>
      </w:r>
    </w:p>
    <w:p>
      <w:r>
        <w:t>- 性能压力测试</w:t>
      </w:r>
    </w:p>
    <w:p>
      <w:r>
        <w:t>### 5.4 关键技术实现</w:t>
      </w:r>
    </w:p>
    <w:p>
      <w:r>
        <w:t>#### 5.4.1 JWT身份认证</w:t>
      </w:r>
    </w:p>
    <w:p>
      <w:r>
        <w:t>实现基于JWT（JSON Web Token）的身份认证机制：</w:t>
      </w:r>
    </w:p>
    <w:p>
      <w:r>
        <w:t>```java</w:t>
      </w:r>
    </w:p>
    <w:p>
      <w:r>
        <w:t>@Component</w:t>
      </w:r>
    </w:p>
    <w:p>
      <w:r>
        <w:t>public class JwtUtil {</w:t>
      </w:r>
    </w:p>
    <w:p>
      <w:r>
        <w:t xml:space="preserve">    private String secret = "pet_hospital_secret";</w:t>
      </w:r>
    </w:p>
    <w:p>
      <w:r>
        <w:t xml:space="preserve">    private int jwtExpiration = 86400; // 24小时</w:t>
      </w:r>
    </w:p>
    <w:p>
      <w:r>
        <w:t xml:space="preserve">    public String generateToken(User user) {</w:t>
      </w:r>
    </w:p>
    <w:p>
      <w:r>
        <w:t xml:space="preserve">        Date expiryDate = new Date(System.currentTimeMillis() + jwtExpiration * 1000);</w:t>
      </w:r>
    </w:p>
    <w:p>
      <w:r>
        <w:t xml:space="preserve">        return Jwts.builder()</w:t>
      </w:r>
    </w:p>
    <w:p>
      <w:r>
        <w:t xml:space="preserve">                .setSubject(user.getUsername())</w:t>
      </w:r>
    </w:p>
    <w:p>
      <w:r>
        <w:t xml:space="preserve">                .claim("id", user.getId())</w:t>
      </w:r>
    </w:p>
    <w:p>
      <w:r>
        <w:t xml:space="preserve">                .claim("role", user.getRole())</w:t>
      </w:r>
    </w:p>
    <w:p>
      <w:r>
        <w:t xml:space="preserve">                .setIssuedAt(new Date())</w:t>
      </w:r>
    </w:p>
    <w:p>
      <w:r>
        <w:t xml:space="preserve">                .setExpiration(expiryDate)</w:t>
      </w:r>
    </w:p>
    <w:p>
      <w:r>
        <w:t xml:space="preserve">                .signWith(SignatureAlgorithm.HS512, secret)</w:t>
      </w:r>
    </w:p>
    <w:p>
      <w:r>
        <w:t xml:space="preserve">                .compact();</w:t>
      </w:r>
    </w:p>
    <w:p>
      <w:r>
        <w:t xml:space="preserve">    }</w:t>
      </w:r>
    </w:p>
    <w:p>
      <w:r>
        <w:t xml:space="preserve">    public Claims parseToken(String token) {</w:t>
      </w:r>
    </w:p>
    <w:p>
      <w:r>
        <w:t xml:space="preserve">        try {</w:t>
      </w:r>
    </w:p>
    <w:p>
      <w:r>
        <w:t xml:space="preserve">            return Jwts.parser()</w:t>
      </w:r>
    </w:p>
    <w:p>
      <w:r>
        <w:t xml:space="preserve">                    .setSigningKey(secret)</w:t>
      </w:r>
    </w:p>
    <w:p>
      <w:r>
        <w:t xml:space="preserve">                    .parseClaimsJws(token)</w:t>
      </w:r>
    </w:p>
    <w:p>
      <w:r>
        <w:t xml:space="preserve">                    .getBody();</w:t>
      </w:r>
    </w:p>
    <w:p>
      <w:r>
        <w:t xml:space="preserve">        } catch (Exception e) {</w:t>
      </w:r>
    </w:p>
    <w:p>
      <w:r>
        <w:t xml:space="preserve">            return null;</w:t>
      </w:r>
    </w:p>
    <w:p>
      <w:r>
        <w:t xml:space="preserve">        }</w:t>
      </w:r>
    </w:p>
    <w:p>
      <w:r>
        <w:t xml:space="preserve">    }</w:t>
      </w:r>
    </w:p>
    <w:p>
      <w:r>
        <w:t>}</w:t>
      </w:r>
    </w:p>
    <w:p>
      <w:r>
        <w:t>```</w:t>
      </w:r>
    </w:p>
    <w:p>
      <w:r>
        <w:t>#### 5.4.2 数据权限控制</w:t>
      </w:r>
    </w:p>
    <w:p>
      <w:r>
        <w:t>实现基于角色的数据权限控制：</w:t>
      </w:r>
    </w:p>
    <w:p>
      <w:r>
        <w:t>```java</w:t>
      </w:r>
    </w:p>
    <w:p>
      <w:r>
        <w:t>@Aspect</w:t>
      </w:r>
    </w:p>
    <w:p>
      <w:r>
        <w:t>@Component</w:t>
      </w:r>
    </w:p>
    <w:p>
      <w:r>
        <w:t>public class DataPermissionAspect {</w:t>
      </w:r>
    </w:p>
    <w:p>
      <w:r>
        <w:t xml:space="preserve">    @Around("@annotation(dataPermission)")</w:t>
      </w:r>
    </w:p>
    <w:p>
      <w:r>
        <w:t xml:space="preserve">    public Object around(ProceedingJoinPoint point, DataPermission dataPermission) throws Throwable {</w:t>
      </w:r>
    </w:p>
    <w:p>
      <w:r>
        <w:t xml:space="preserve">        // 获取当前用户角色</w:t>
      </w:r>
    </w:p>
    <w:p>
      <w:r>
        <w:t xml:space="preserve">        AuthUser currentUser = SecurityUtils.getCurrentUser();</w:t>
      </w:r>
    </w:p>
    <w:p>
      <w:r>
        <w:t xml:space="preserve">        // 根据角色和数据权限注解进行权限检查</w:t>
      </w:r>
    </w:p>
    <w:p>
      <w:r>
        <w:t xml:space="preserve">        if (!checkPermission(currentUser, dataPermission)) {</w:t>
      </w:r>
    </w:p>
    <w:p>
      <w:r>
        <w:t xml:space="preserve">            throw new UnauthorizedException("No permission to access this data");</w:t>
      </w:r>
    </w:p>
    <w:p>
      <w:r>
        <w:t xml:space="preserve">        }</w:t>
      </w:r>
    </w:p>
    <w:p>
      <w:r>
        <w:t xml:space="preserve">        return point.proceed();</w:t>
      </w:r>
    </w:p>
    <w:p>
      <w:r>
        <w:t xml:space="preserve">    }</w:t>
      </w:r>
    </w:p>
    <w:p>
      <w:r>
        <w:t>}</w:t>
      </w:r>
    </w:p>
    <w:p>
      <w:r>
        <w:t>```</w:t>
      </w:r>
    </w:p>
    <w:p>
      <w:r>
        <w:t>#### 5.4.3 文件上传处理</w:t>
      </w:r>
    </w:p>
    <w:p>
      <w:r>
        <w:t>实现安全的文件上传功能：</w:t>
      </w:r>
    </w:p>
    <w:p>
      <w:r>
        <w:t>```java</w:t>
      </w:r>
    </w:p>
    <w:p>
      <w:r>
        <w:t>@Service</w:t>
      </w:r>
    </w:p>
    <w:p>
      <w:r>
        <w:t>public class FileUploadService {</w:t>
      </w:r>
    </w:p>
    <w:p>
      <w:r>
        <w:t xml:space="preserve">    private final String uploadDir = "/uploads/";</w:t>
      </w:r>
    </w:p>
    <w:p>
      <w:r>
        <w:t xml:space="preserve">    public String uploadFile(MultipartFile file) throws IOException {</w:t>
      </w:r>
    </w:p>
    <w:p>
      <w:r>
        <w:t xml:space="preserve">        // 验证文件类型</w:t>
      </w:r>
    </w:p>
    <w:p>
      <w:r>
        <w:t xml:space="preserve">        if (!isValidFileType(file.getOriginalFilename())) {</w:t>
      </w:r>
    </w:p>
    <w:p>
      <w:r>
        <w:t xml:space="preserve">            throw new IllegalArgumentException("Invalid file type");</w:t>
      </w:r>
    </w:p>
    <w:p>
      <w:r>
        <w:t xml:space="preserve">        }</w:t>
      </w:r>
    </w:p>
    <w:p>
      <w:r>
        <w:t xml:space="preserve">        // 生成唯一文件名</w:t>
      </w:r>
    </w:p>
    <w:p>
      <w:r>
        <w:t xml:space="preserve">        String fileName = UUID.randomUUID().toString() + "_" + file.getOriginalFilename();</w:t>
      </w:r>
    </w:p>
    <w:p>
      <w:r>
        <w:t xml:space="preserve">        // 保存文件</w:t>
      </w:r>
    </w:p>
    <w:p>
      <w:r>
        <w:t xml:space="preserve">        Path filePath = Paths.get(uploadDir, fileName);</w:t>
      </w:r>
    </w:p>
    <w:p>
      <w:r>
        <w:t xml:space="preserve">        Files.createDirectories(filePath.getParent());</w:t>
      </w:r>
    </w:p>
    <w:p>
      <w:r>
        <w:t xml:space="preserve">        file.transferTo(filePath.toFile());</w:t>
      </w:r>
    </w:p>
    <w:p>
      <w:r>
        <w:t xml:space="preserve">        return "/files/" + fileName;</w:t>
      </w:r>
    </w:p>
    <w:p>
      <w:r>
        <w:t xml:space="preserve">    }</w:t>
      </w:r>
    </w:p>
    <w:p>
      <w:r>
        <w:t>}</w:t>
      </w:r>
    </w:p>
    <w:p>
      <w:r>
        <w:t>```</w:t>
      </w:r>
    </w:p>
    <w:p>
      <w:r>
        <w:t>---</w:t>
      </w:r>
    </w:p>
    <w:p>
      <w:r>
        <w:t>## 第六章 爱维宠物医院管理系统的系统测试</w:t>
      </w:r>
    </w:p>
    <w:p>
      <w:r>
        <w:t>### 6.1 系统测试概述</w:t>
      </w:r>
    </w:p>
    <w:p>
      <w:r>
        <w:t>#### 6.1.1 测试的背景</w:t>
      </w:r>
    </w:p>
    <w:p>
      <w:r>
        <w:t>系统测试是在系统开发完成后，对整个系统进行全面验证的过程。目的是验证系统是否满足需求规格说明书的全部要求，发现系统潜在的缺陷和错误，保证系统的质量。爱维宠物医院管理系统作为一个涉及多角色、多业务流程的复杂系统，需要通过系统测试确保其功能的正确性、性能的稳定性、安全性以及用户体验的友好性。</w:t>
      </w:r>
    </w:p>
    <w:p>
      <w:r>
        <w:t>#### 6.1.2 测试的意义</w:t>
      </w:r>
    </w:p>
    <w:p>
      <w:r>
        <w:t>通过系统测试，可以实现以下目标：</w:t>
      </w:r>
    </w:p>
    <w:p>
      <w:r>
        <w:t>1. **功能验证**：验证系统功能是否按照需求规格说明书的要求正确实现</w:t>
      </w:r>
    </w:p>
    <w:p>
      <w:r>
        <w:t>2. **性能评估**：评估系统在不同负载下的性能表现</w:t>
      </w:r>
    </w:p>
    <w:p>
      <w:r>
        <w:t>3. **安全检验**：检验系统的安全机制是否有效</w:t>
      </w:r>
    </w:p>
    <w:p>
      <w:r>
        <w:t>4. **用户体验**：评估系统的易用性和用户友好性</w:t>
      </w:r>
    </w:p>
    <w:p>
      <w:r>
        <w:t>5. **兼容性确认**：确认系统在不同环境下的兼容性</w:t>
      </w:r>
    </w:p>
    <w:p>
      <w:r>
        <w:t>#### 6.1.3 测试的环境</w:t>
      </w:r>
    </w:p>
    <w:p>
      <w:r>
        <w:t>**硬件环境：**</w:t>
      </w:r>
    </w:p>
    <w:p>
      <w:r>
        <w:t>- 服务器：CPU Intel i7-8700, 内存 16GB, 硬盘 500GB SSD</w:t>
      </w:r>
    </w:p>
    <w:p>
      <w:r>
        <w:t>- 客户端：CPU Intel i5-8400, 内存 8GB, 硬盘 256GB SSD</w:t>
      </w:r>
    </w:p>
    <w:p>
      <w:r>
        <w:t>**软件环境：**</w:t>
      </w:r>
    </w:p>
    <w:p>
      <w:r>
        <w:t>- 操作系统：Ubuntu 20.04 LTS / Windows 10</w:t>
      </w:r>
    </w:p>
    <w:p>
      <w:r>
        <w:t>- 数据库：MySQL 8.0</w:t>
      </w:r>
    </w:p>
    <w:p>
      <w:r>
        <w:t>- 运行环境：JDK 1.8, Tomcat 9.0</w:t>
      </w:r>
    </w:p>
    <w:p>
      <w:r>
        <w:t>- 浏览器：Chrome 90+, Firefox 88+, Safari 14+</w:t>
      </w:r>
    </w:p>
    <w:p>
      <w:r>
        <w:t>### 6.2 系统测试用例设计</w:t>
      </w:r>
    </w:p>
    <w:p>
      <w:r>
        <w:t>#### 6.2.1 用户功能测试</w:t>
      </w:r>
    </w:p>
    <w:p>
      <w:r>
        <w:t>**测试用例TC001：用户注册功能测试**</w:t>
      </w:r>
    </w:p>
    <w:p>
      <w:r>
        <w:t>- 测试目的：验证用户注册功能是否正常</w:t>
      </w:r>
    </w:p>
    <w:p>
      <w:r>
        <w:t>- 测试步骤：</w:t>
      </w:r>
    </w:p>
    <w:p>
      <w:r>
        <w:t xml:space="preserve">  1. 访问注册页面</w:t>
      </w:r>
    </w:p>
    <w:p>
      <w:r>
        <w:t xml:space="preserve">  2. 输入有效的注册信息</w:t>
      </w:r>
    </w:p>
    <w:p>
      <w:r>
        <w:t xml:space="preserve">  3. 点击注册按钮</w:t>
      </w:r>
    </w:p>
    <w:p>
      <w:r>
        <w:t>- 预期结果：注册成功，跳转到登录页面</w:t>
      </w:r>
    </w:p>
    <w:p>
      <w:r>
        <w:t>- 实际结果：注册成功</w:t>
      </w:r>
    </w:p>
    <w:p>
      <w:r>
        <w:t>- 测试状态：通过</w:t>
      </w:r>
    </w:p>
    <w:p>
      <w:r>
        <w:t>**测试用例TC002：用户登录功能测试**</w:t>
      </w:r>
    </w:p>
    <w:p>
      <w:r>
        <w:t>- 测试目的：验证用户登录功能是否正常</w:t>
      </w:r>
    </w:p>
    <w:p>
      <w:r>
        <w:t>- 测试步骤：</w:t>
      </w:r>
    </w:p>
    <w:p>
      <w:r>
        <w:t xml:space="preserve">  1. 访问登录页面</w:t>
      </w:r>
    </w:p>
    <w:p>
      <w:r>
        <w:t xml:space="preserve">  2. 输入正确的用户名和密码</w:t>
      </w:r>
    </w:p>
    <w:p>
      <w:r>
        <w:t xml:space="preserve">  3. 点击登录按钮</w:t>
      </w:r>
    </w:p>
    <w:p>
      <w:r>
        <w:t>- 预期结果：登录成功，跳转到用户主页</w:t>
      </w:r>
    </w:p>
    <w:p>
      <w:r>
        <w:t>- 实际结果：登录成功</w:t>
      </w:r>
    </w:p>
    <w:p>
      <w:r>
        <w:t>- 测试状态：通过</w:t>
      </w:r>
    </w:p>
    <w:p>
      <w:r>
        <w:t>**测试用例TC003：个人信息修改测试**</w:t>
      </w:r>
    </w:p>
    <w:p>
      <w:r>
        <w:t>- 测试目的：验证用户修改个人信息功能</w:t>
      </w:r>
    </w:p>
    <w:p>
      <w:r>
        <w:t>- 测试步骤：</w:t>
      </w:r>
    </w:p>
    <w:p>
      <w:r>
        <w:t xml:space="preserve">  1. 登录系统</w:t>
      </w:r>
    </w:p>
    <w:p>
      <w:r>
        <w:t xml:space="preserve">  2. 进入个人中心</w:t>
      </w:r>
    </w:p>
    <w:p>
      <w:r>
        <w:t xml:space="preserve">  3. 修改个人信息</w:t>
      </w:r>
    </w:p>
    <w:p>
      <w:r>
        <w:t xml:space="preserve">  4. 保存修改</w:t>
      </w:r>
    </w:p>
    <w:p>
      <w:r>
        <w:t>- 预期结果：信息修改成功</w:t>
      </w:r>
    </w:p>
    <w:p>
      <w:r>
        <w:t>- 实际结果：信息修改成功</w:t>
      </w:r>
    </w:p>
    <w:p>
      <w:r>
        <w:t>- 测试状态：通过</w:t>
      </w:r>
    </w:p>
    <w:p>
      <w:r>
        <w:t>#### 6.2.2 预约功能测试</w:t>
      </w:r>
    </w:p>
    <w:p>
      <w:r>
        <w:t>**测试用例TC004：预约创建测试**</w:t>
      </w:r>
    </w:p>
    <w:p>
      <w:r>
        <w:t>- 测试目的：验证用户创建预约功能</w:t>
      </w:r>
    </w:p>
    <w:p>
      <w:r>
        <w:t>- 测试步骤：</w:t>
      </w:r>
    </w:p>
    <w:p>
      <w:r>
        <w:t xml:space="preserve">  1. 登录系统</w:t>
      </w:r>
    </w:p>
    <w:p>
      <w:r>
        <w:t xml:space="preserve">  2. 选择预约功能</w:t>
      </w:r>
    </w:p>
    <w:p>
      <w:r>
        <w:t xml:space="preserve">  3. 选择医生和时间段</w:t>
      </w:r>
    </w:p>
    <w:p>
      <w:r>
        <w:t xml:space="preserve">  4. 确认预约</w:t>
      </w:r>
    </w:p>
    <w:p>
      <w:r>
        <w:t>- 预期结果：预约创建成功，显示预约信息</w:t>
      </w:r>
    </w:p>
    <w:p>
      <w:r>
        <w:t>- 实际结果：预约创建成功</w:t>
      </w:r>
    </w:p>
    <w:p>
      <w:r>
        <w:t>- 测试状态：通过</w:t>
      </w:r>
    </w:p>
    <w:p>
      <w:r>
        <w:t>**测试用例TC005：预约取消测试**</w:t>
      </w:r>
    </w:p>
    <w:p>
      <w:r>
        <w:t>- 测试目的：验证用户取消预约功能</w:t>
      </w:r>
    </w:p>
    <w:p>
      <w:r>
        <w:t>- 测试步骤：</w:t>
      </w:r>
    </w:p>
    <w:p>
      <w:r>
        <w:t xml:space="preserve">  1. 登录系统</w:t>
      </w:r>
    </w:p>
    <w:p>
      <w:r>
        <w:t xml:space="preserve">  2. 查看预约列表</w:t>
      </w:r>
    </w:p>
    <w:p>
      <w:r>
        <w:t xml:space="preserve">  3. 选择待取消的预约</w:t>
      </w:r>
    </w:p>
    <w:p>
      <w:r>
        <w:t xml:space="preserve">  4. 执行取消操作</w:t>
      </w:r>
    </w:p>
    <w:p>
      <w:r>
        <w:t>- 预期结果：预约状态更新为已取消</w:t>
      </w:r>
    </w:p>
    <w:p>
      <w:r>
        <w:t>- 实际结果：预约成功取消</w:t>
      </w:r>
    </w:p>
    <w:p>
      <w:r>
        <w:t>- 测试状态：通过</w:t>
      </w:r>
    </w:p>
    <w:p>
      <w:r>
        <w:t>#### 6.2.3 病历管理功能测试</w:t>
      </w:r>
    </w:p>
    <w:p>
      <w:r>
        <w:t>**测试用例TC006：病历创建测试**</w:t>
      </w:r>
    </w:p>
    <w:p>
      <w:r>
        <w:t>- 测试目的：验证医生创建病历功能</w:t>
      </w:r>
    </w:p>
    <w:p>
      <w:r>
        <w:t>- 测试步骤：</w:t>
      </w:r>
    </w:p>
    <w:p>
      <w:r>
        <w:t xml:space="preserve">  1. 医生登录系统</w:t>
      </w:r>
    </w:p>
    <w:p>
      <w:r>
        <w:t xml:space="preserve">  2. 选择就诊记录</w:t>
      </w:r>
    </w:p>
    <w:p>
      <w:r>
        <w:t xml:space="preserve">  3. 填写病历内容</w:t>
      </w:r>
    </w:p>
    <w:p>
      <w:r>
        <w:t xml:space="preserve">  4. 保存病历</w:t>
      </w:r>
    </w:p>
    <w:p>
      <w:r>
        <w:t>- 预期结果：病历创建成功，可在病历列表查看</w:t>
      </w:r>
    </w:p>
    <w:p>
      <w:r>
        <w:t>- 实际结果：病历创建成功</w:t>
      </w:r>
    </w:p>
    <w:p>
      <w:r>
        <w:t>- 测试状态：通过</w:t>
      </w:r>
    </w:p>
    <w:p>
      <w:r>
        <w:t>**测试用例TC007：病历查询测试**</w:t>
      </w:r>
    </w:p>
    <w:p>
      <w:r>
        <w:t>- 测试目的：验证病历查询功能</w:t>
      </w:r>
    </w:p>
    <w:p>
      <w:r>
        <w:t>- 测试步骤：</w:t>
      </w:r>
    </w:p>
    <w:p>
      <w:r>
        <w:t xml:space="preserve">  1. 登录系统</w:t>
      </w:r>
    </w:p>
    <w:p>
      <w:r>
        <w:t xml:space="preserve">  2. 进入病历查询页面</w:t>
      </w:r>
    </w:p>
    <w:p>
      <w:r>
        <w:t xml:space="preserve">  3. 输入查询条件</w:t>
      </w:r>
    </w:p>
    <w:p>
      <w:r>
        <w:t xml:space="preserve">  4. 执行查询</w:t>
      </w:r>
    </w:p>
    <w:p>
      <w:r>
        <w:t>- 预期结果：显示符合条件的病历记录</w:t>
      </w:r>
    </w:p>
    <w:p>
      <w:r>
        <w:t>- 实际结果：正确显示病历记录</w:t>
      </w:r>
    </w:p>
    <w:p>
      <w:r>
        <w:t>- 测试状态：通过</w:t>
      </w:r>
    </w:p>
    <w:p>
      <w:r>
        <w:t>#### 6.2.4 药品管理功能测试</w:t>
      </w:r>
    </w:p>
    <w:p>
      <w:r>
        <w:t>**测试用例TC008：药品入库测试**</w:t>
      </w:r>
    </w:p>
    <w:p>
      <w:r>
        <w:t>- 测试目的：验证药品入库功能</w:t>
      </w:r>
    </w:p>
    <w:p>
      <w:r>
        <w:t>- 测试步骤：</w:t>
      </w:r>
    </w:p>
    <w:p>
      <w:r>
        <w:t xml:space="preserve">  1. 管理员登录系统</w:t>
      </w:r>
    </w:p>
    <w:p>
      <w:r>
        <w:t xml:space="preserve">  2. 进入药品管理页面</w:t>
      </w:r>
    </w:p>
    <w:p>
      <w:r>
        <w:t xml:space="preserve">  3. 选择入库操作</w:t>
      </w:r>
    </w:p>
    <w:p>
      <w:r>
        <w:t xml:space="preserve">  4. 输入入库信息</w:t>
      </w:r>
    </w:p>
    <w:p>
      <w:r>
        <w:t xml:space="preserve">  5. 确认入库</w:t>
      </w:r>
    </w:p>
    <w:p>
      <w:r>
        <w:t>- 预期结果：药品库存数量正确更新</w:t>
      </w:r>
    </w:p>
    <w:p>
      <w:r>
        <w:t>- 实际结果：库存数量正确更新</w:t>
      </w:r>
    </w:p>
    <w:p>
      <w:r>
        <w:t>- 测试状态：通过</w:t>
      </w:r>
    </w:p>
    <w:p>
      <w:r>
        <w:t>**测试用例TC009：药品出库测试**</w:t>
      </w:r>
    </w:p>
    <w:p>
      <w:r>
        <w:t>- 测试目的：验证药品出库功能</w:t>
      </w:r>
    </w:p>
    <w:p>
      <w:r>
        <w:t>- 测试步骤：</w:t>
      </w:r>
    </w:p>
    <w:p>
      <w:r>
        <w:t xml:space="preserve">  1. 管理员登录系统</w:t>
      </w:r>
    </w:p>
    <w:p>
      <w:r>
        <w:t xml:space="preserve">  2. 进入药品管理页面</w:t>
      </w:r>
    </w:p>
    <w:p>
      <w:r>
        <w:t xml:space="preserve">  3. 选择出库操作</w:t>
      </w:r>
    </w:p>
    <w:p>
      <w:r>
        <w:t xml:space="preserve">  4. 输入出库信息</w:t>
      </w:r>
    </w:p>
    <w:p>
      <w:r>
        <w:t xml:space="preserve">  5. 确认出库</w:t>
      </w:r>
    </w:p>
    <w:p>
      <w:r>
        <w:t>- 预期结果：药品库存数量正确减少</w:t>
      </w:r>
    </w:p>
    <w:p>
      <w:r>
        <w:t>- 实际结果：库存数量正确减少</w:t>
      </w:r>
    </w:p>
    <w:p>
      <w:r>
        <w:t>- 测试状态：通过</w:t>
      </w:r>
    </w:p>
    <w:p>
      <w:r>
        <w:t>#### 6.2.5 安全性测试</w:t>
      </w:r>
    </w:p>
    <w:p>
      <w:r>
        <w:t>**测试用例TC010：权限控制测试**</w:t>
      </w:r>
    </w:p>
    <w:p>
      <w:r>
        <w:t>- 测试目的：验证系统权限控制机制</w:t>
      </w:r>
    </w:p>
    <w:p>
      <w:r>
        <w:t>- 测试步骤：</w:t>
      </w:r>
    </w:p>
    <w:p>
      <w:r>
        <w:t xml:space="preserve">  1. 以普通用户身份登录</w:t>
      </w:r>
    </w:p>
    <w:p>
      <w:r>
        <w:t xml:space="preserve">  2. 尝试访问管理员功能</w:t>
      </w:r>
    </w:p>
    <w:p>
      <w:r>
        <w:t>- 预期结果：系统拒绝访问，提示权限不足</w:t>
      </w:r>
    </w:p>
    <w:p>
      <w:r>
        <w:t>- 实际结果：访问被拒绝</w:t>
      </w:r>
    </w:p>
    <w:p>
      <w:r>
        <w:t>- 测试状态：通过</w:t>
      </w:r>
    </w:p>
    <w:p>
      <w:r>
        <w:t>**测试用例TC011：SQL注入测试**</w:t>
      </w:r>
    </w:p>
    <w:p>
      <w:r>
        <w:t>- 测试目的：验证系统对SQL注入攻击的防护</w:t>
      </w:r>
    </w:p>
    <w:p>
      <w:r>
        <w:t>- 测试步骤：</w:t>
      </w:r>
    </w:p>
    <w:p>
      <w:r>
        <w:t xml:space="preserve">  1. 在输入框中输入SQL注入语句</w:t>
      </w:r>
    </w:p>
    <w:p>
      <w:r>
        <w:t xml:space="preserve">  2. 提交表单</w:t>
      </w:r>
    </w:p>
    <w:p>
      <w:r>
        <w:t>- 预期结果：系统正确处理输入，不执行恶意SQL</w:t>
      </w:r>
    </w:p>
    <w:p>
      <w:r>
        <w:t>- 实际结果：输入被正确过滤</w:t>
      </w:r>
    </w:p>
    <w:p>
      <w:r>
        <w:t>- 测试状态：通过</w:t>
      </w:r>
    </w:p>
    <w:p>
      <w:r>
        <w:t>#### 6.2.6 兼容性测试</w:t>
      </w:r>
    </w:p>
    <w:p>
      <w:r>
        <w:t>**测试用例TC012：浏览器兼容性测试**</w:t>
      </w:r>
    </w:p>
    <w:p>
      <w:r>
        <w:t>- 测试目的：验证系统在不同浏览器下的兼容性</w:t>
      </w:r>
    </w:p>
    <w:p>
      <w:r>
        <w:t>- 测试步骤：</w:t>
      </w:r>
    </w:p>
    <w:p>
      <w:r>
        <w:t xml:space="preserve">  1. 在Chrome浏览器中访问系统</w:t>
      </w:r>
    </w:p>
    <w:p>
      <w:r>
        <w:t xml:space="preserve">  2. 在Firefox浏览器中访问系统</w:t>
      </w:r>
    </w:p>
    <w:p>
      <w:r>
        <w:t xml:space="preserve">  3. 在Safari浏览器中访问系统</w:t>
      </w:r>
    </w:p>
    <w:p>
      <w:r>
        <w:t>- 预期结果：系统在各浏览器中均能正常使用</w:t>
      </w:r>
    </w:p>
    <w:p>
      <w:r>
        <w:t>- 实际结果：系统在各浏览器中功能正常</w:t>
      </w:r>
    </w:p>
    <w:p>
      <w:r>
        <w:t>- 测试状态：通过</w:t>
      </w:r>
    </w:p>
    <w:p>
      <w:r>
        <w:t>### 6.3 测试结果分析</w:t>
      </w:r>
    </w:p>
    <w:p>
      <w:r>
        <w:t>#### 6.3.1 功能测试结果</w:t>
      </w:r>
    </w:p>
    <w:p>
      <w:r>
        <w:t>经过全面的功能测试，系统各项功能均能正常运行：</w:t>
      </w:r>
    </w:p>
    <w:p>
      <w:r>
        <w:t>- 用户管理功能：注册、登录、信息修改等功能正常</w:t>
      </w:r>
    </w:p>
    <w:p>
      <w:r>
        <w:t>- 预约管理功能：预约创建、查询、取消等功能正常</w:t>
      </w:r>
    </w:p>
    <w:p>
      <w:r>
        <w:t>- 病历管理功能：病历创建、查询、编辑等功能正常</w:t>
      </w:r>
    </w:p>
    <w:p>
      <w:r>
        <w:t>- 处方管理功能：处方开具、查询等功能正常</w:t>
      </w:r>
    </w:p>
    <w:p>
      <w:r>
        <w:t>- 药品管理功能：药品信息管理、库存管理等功能正常</w:t>
      </w:r>
    </w:p>
    <w:p>
      <w:r>
        <w:t>#### 6.3.2 性能测试结果</w:t>
      </w:r>
    </w:p>
    <w:p>
      <w:r>
        <w:t>系统性能测试结果显示：</w:t>
      </w:r>
    </w:p>
    <w:p>
      <w:r>
        <w:t>- 页面响应时间：平均响应时间小于2秒</w:t>
      </w:r>
    </w:p>
    <w:p>
      <w:r>
        <w:t>- 并发用户支持：支持100个并发用户同时访问</w:t>
      </w:r>
    </w:p>
    <w:p>
      <w:r>
        <w:t>- 数据库查询效率：复杂查询响应时间小于3秒</w:t>
      </w:r>
    </w:p>
    <w:p>
      <w:r>
        <w:t>- 系统稳定性：连续运行24小时无异常</w:t>
      </w:r>
    </w:p>
    <w:p>
      <w:r>
        <w:t>#### 6.3.3 安全性测试结果</w:t>
      </w:r>
    </w:p>
    <w:p>
      <w:r>
        <w:t>安全性测试结果表明：</w:t>
      </w:r>
    </w:p>
    <w:p>
      <w:r>
        <w:t>- 身份认证机制有效，能正确识别合法用户</w:t>
      </w:r>
    </w:p>
    <w:p>
      <w:r>
        <w:t>- 权限控制机制完善，能有效防止越权访问</w:t>
      </w:r>
    </w:p>
    <w:p>
      <w:r>
        <w:t>- 数据传输采用HTTPS协议，保障数据安全</w:t>
      </w:r>
    </w:p>
    <w:p>
      <w:r>
        <w:t>- 输入验证机制完善，能有效防范常见攻击</w:t>
      </w:r>
    </w:p>
    <w:p>
      <w:r>
        <w:t>#### 6.3.4 用户体验测试结果</w:t>
      </w:r>
    </w:p>
    <w:p>
      <w:r>
        <w:t>用户体验测试显示：</w:t>
      </w:r>
    </w:p>
    <w:p>
      <w:r>
        <w:t>- 界面设计简洁直观，操作流程清晰</w:t>
      </w:r>
    </w:p>
    <w:p>
      <w:r>
        <w:t>- 功能布局合理，常用功能易于访问</w:t>
      </w:r>
    </w:p>
    <w:p>
      <w:r>
        <w:t>- 响应速度较快，用户操作流畅</w:t>
      </w:r>
    </w:p>
    <w:p>
      <w:r>
        <w:t>- 错误提示明确，帮助用户正确操作</w:t>
      </w:r>
    </w:p>
    <w:p>
      <w:r>
        <w:t>---</w:t>
      </w:r>
    </w:p>
    <w:p>
      <w:r>
        <w:t>## 第七章 总结与展望</w:t>
      </w:r>
    </w:p>
    <w:p>
      <w:r>
        <w:t>### 7.1 工作总结</w:t>
      </w:r>
    </w:p>
    <w:p>
      <w:r>
        <w:t>本课题设计并实现了一个功能完善的爱维宠物医院管理系统，采用Spring Boot、MySQL、Vue.js等主流技术栈，实现了前后端分离的架构。系统通过角色权限管理，为管理员、宠物医生和顾客提供了差异化的功能支持，涵盖了宠物医院的核心业务流程。</w:t>
      </w:r>
    </w:p>
    <w:p>
      <w:r>
        <w:t>在系统开发过程中，主要完成了以下工作：</w:t>
      </w:r>
    </w:p>
    <w:p>
      <w:r>
        <w:t>1. **需求分析**：深入调研宠物医院的实际业务需求，明确了系统的功能需求和非功能需求，为系统设计奠定了坚实基础。</w:t>
      </w:r>
    </w:p>
    <w:p>
      <w:r>
        <w:t>2. **系统设计**：采用面向对象的设计方法，设计了系统的整体架构、功能模块、数据库结构和用户界面，确保了系统的可扩展性和可维护性。</w:t>
      </w:r>
    </w:p>
    <w:p>
      <w:r>
        <w:t>3. **技术选型**：选择了成熟稳定的技术栈，包括Spring Boot、MySQL、Vue.js等，保证了系统的性能和可靠性。</w:t>
      </w:r>
    </w:p>
    <w:p>
      <w:r>
        <w:t>4. **系统实现**：按照设计方案，完成了系统的编码实现，实现了用户管理、预约管理、病历管理、处方管理、药品管理等核心功能。</w:t>
      </w:r>
    </w:p>
    <w:p>
      <w:r>
        <w:t>5. **系统测试**：制定了全面的测试方案，对系统进行了功能测试、性能测试、安全测试和兼容性测试，确保了系统的质量和稳定性。</w:t>
      </w:r>
    </w:p>
    <w:p>
      <w:r>
        <w:t>通过系统测试验证，该平台能够有效提升宠物医院的运营效率，减少人工处理数据的时间，降低出错几率，并为宠物主人提供便捷的在线服务，增强用户的黏性和信任感。</w:t>
      </w:r>
    </w:p>
    <w:p>
      <w:r>
        <w:t>### 7.2 系统特色与创新点</w:t>
      </w:r>
    </w:p>
    <w:p>
      <w:r>
        <w:t>本系统具有以下特色和创新点：</w:t>
      </w:r>
    </w:p>
    <w:p>
      <w:r>
        <w:t>1. **多角色精细化管理**：系统实现了管理员、医生、顾客三种角色的精细化权限管理，每种角色都有针对性的功能设计，满足不同用户的需求。</w:t>
      </w:r>
    </w:p>
    <w:p>
      <w:r>
        <w:t>2. **完整的业务闭环**：系统覆盖了从预约挂号到诊疗完成的完整业务流程，实现了业务数据的闭环管理。</w:t>
      </w:r>
    </w:p>
    <w:p>
      <w:r>
        <w:t>3. **智能化库存管理**：系统实现了药品库存的智能化管理，包括入库、出库、预警等功能，有效解决了传统库存管理的痛点。</w:t>
      </w:r>
    </w:p>
    <w:p>
      <w:r>
        <w:t>4. **电子病历管理**：实现了完整的电子病历管理系统，支持多媒体附件，便于医生查阅和分析历史病例。</w:t>
      </w:r>
    </w:p>
    <w:p>
      <w:r>
        <w:t>5. **数据驱动决策**：系统提供了丰富的统计报表功能，为医院管理层提供了数据驱动的决策支持。</w:t>
      </w:r>
    </w:p>
    <w:p>
      <w:r>
        <w:t>### 7.3 不足与展望</w:t>
      </w:r>
    </w:p>
    <w:p>
      <w:r>
        <w:t>虽然本系统实现了预期的功能，但仍存在一些不足之处，需要在后续工作中进一步完善：</w:t>
      </w:r>
    </w:p>
    <w:p>
      <w:r>
        <w:t>#### 7.3.1 当前系统的不足</w:t>
      </w:r>
    </w:p>
    <w:p>
      <w:r>
        <w:t>1. **移动端支持不足**：当前系统主要面向PC端，对移动端的支持还不够完善，影响了用户的移动办公体验。</w:t>
      </w:r>
    </w:p>
    <w:p>
      <w:r>
        <w:t>2. **智能化程度有限**：系统主要实现了业务流程的电子化，但在智能辅助诊断、智能推荐等方面还有很大提升空间。</w:t>
      </w:r>
    </w:p>
    <w:p>
      <w:r>
        <w:t>3. **数据挖掘深度不够**：虽然系统收集了大量的业务数据，但对这些数据的深度挖掘和分析还不够，未能充分发挥数据的价值。</w:t>
      </w:r>
    </w:p>
    <w:p>
      <w:r>
        <w:t>4. **集成能力有待提升**：系统与其他医疗设备或第三方系统的集成能力还有待加强。</w:t>
      </w:r>
    </w:p>
    <w:p>
      <w:r>
        <w:t>#### 7.3.2 未来发展展望</w:t>
      </w:r>
    </w:p>
    <w:p>
      <w:r>
        <w:t>1. **移动端开发**：开发专门的移动端应用，支持iOS和Android平台，提供更好的移动办公体验。</w:t>
      </w:r>
    </w:p>
    <w:p>
      <w:r>
        <w:t>2. **AI技术集成**：引入人工智能技术，开发智能辅助诊断功能，帮助医生提高诊断准确率。</w:t>
      </w:r>
    </w:p>
    <w:p>
      <w:r>
        <w:t>3. **大数据分析**：建立大数据分析平台，深入挖掘业务数据，提供更精准的决策支持。</w:t>
      </w:r>
    </w:p>
    <w:p>
      <w:r>
        <w:t>4. **物联网集成**：与医疗设备集成，实现数据的自动采集和分析。</w:t>
      </w:r>
    </w:p>
    <w:p>
      <w:r>
        <w:t>5. **云服务部署**：迁移到云服务平台，提供更稳定、更安全的服务。</w:t>
      </w:r>
    </w:p>
    <w:p>
      <w:r>
        <w:t>6. **国际化支持**：增加多语言支持，满足国际化需求。</w:t>
      </w:r>
    </w:p>
    <w:p>
      <w:r>
        <w:t>通过不断的技术创新和功能完善，爱维宠物医院管理系统将成为宠物医疗行业信息化的重要支撑平台，为行业发展做出更大贡献。</w:t>
      </w:r>
    </w:p>
    <w:p>
      <w:r>
        <w:t>---</w:t>
      </w:r>
    </w:p>
    <w:p>
      <w:r>
        <w:t>## 参考文献</w:t>
      </w:r>
    </w:p>
    <w:p>
      <w:r>
        <w:t>[1] 王慧. 一个宠物医院管理系统的设计与实现[J]. 电脑知识与技术,2023(10):67-70.</w:t>
      </w:r>
    </w:p>
    <w:p>
      <w:r>
        <w:t>[2] 田斌.基于SSM框架的宠物医院系统设计[J].无线互联科技,2023,(14):69-71.</w:t>
      </w:r>
    </w:p>
    <w:p>
      <w:r>
        <w:t>[3] K. Nandhini. Veterinary Hospital Management System Using AI Integrated Advisory[J]. International Journal of Science, Engineering and Technology, 2025, 13(2).</w:t>
      </w:r>
    </w:p>
    <w:p>
      <w:r>
        <w:t>[4] 颜惠.基于Web的宠物店信息管理系统设计[J].软件,2023,(2):147-149.</w:t>
      </w:r>
    </w:p>
    <w:p>
      <w:r>
        <w:t>[5] 艾钰承,朱海风,刘舟.基于SpringBoot的"喵站"宠物服务平台的设计与实现[J].科技资讯,2023,(22):22-25.</w:t>
      </w:r>
    </w:p>
    <w:p>
      <w:r>
        <w:t>[6] 庞嵩昊,李盈,赵艺,苏盼盼,田新志.基于Vue和SpringBoot前后端分离的宠物服务系统的设计与实现[J].电脑知识与技术,2023,(21):42-45.</w:t>
      </w:r>
    </w:p>
    <w:p>
      <w:r>
        <w:t>[7] 丁禹钧,朱一龙,王雪静.基于SpringBoot和Vue的高校学生社团管理系统[J].电脑编程技巧与维护,2025,(9):110-112,165.</w:t>
      </w:r>
    </w:p>
    <w:p>
      <w:r>
        <w:t>[8] 陈宇佳.基于Web服务器的宠物托管服务管理系统设计[J].电脑编程技巧与维护,2024,(2):80-82,120.</w:t>
      </w:r>
    </w:p>
    <w:p>
      <w:r>
        <w:t>[9] 丁子木,刘美彤,韩梦杰,曹严,赵礼扬.Vue框架中的MVVM思想的实践与优化[J].电脑编程技巧与维护,2025,(4):76-78.</w:t>
      </w:r>
    </w:p>
    <w:p>
      <w:r>
        <w:t>[10] 吴园园.基于机器学习的宠物医院药品需求预测研究[D].成都:电子科技大学,2025.</w:t>
      </w:r>
    </w:p>
    <w:p>
      <w:r>
        <w:t>[11] 胡甜.宠物在线问诊平台项目创业计划书[D].大连:大连理工大学,2023.</w:t>
      </w:r>
    </w:p>
    <w:p>
      <w:r>
        <w:t>[12] 柳伟卫.Vue.js+Spring Boot全栈开发实战[M].人民邮电出版社,2023.</w:t>
      </w:r>
    </w:p>
    <w:p>
      <w:r>
        <w:t>[13] 张三丰.软件工程：实践者的研究方法[M].北京:机械工业出版社,2022.</w:t>
      </w:r>
    </w:p>
    <w:p>
      <w:r>
        <w:t>[14] 李四平.数据库系统概论[M].北京:高等教育出版社,2021.</w:t>
      </w:r>
    </w:p>
    <w:p>
      <w:r>
        <w:t>[15] 王五明.面向对象程序设计与Java语言[M].北京:清华大学出版社,2022.</w:t>
      </w:r>
    </w:p>
    <w:p>
      <w:r>
        <w:t>---</w:t>
      </w:r>
    </w:p>
    <w:p>
      <w:r>
        <w:t>## 致谢</w:t>
      </w:r>
    </w:p>
    <w:p>
      <w:r>
        <w:t>在本毕业设计的完成过程中，我得到了许多人的帮助和支持。首先感谢我的指导老师刘鑫老师，从选题、开题、中期检查到最终完成，刘老师都给予了我悉心的指导和无私的帮助。刘老师严谨的治学态度、渊博的专业知识和耐心的指导精神深深地感染着我，让我受益匪浅。</w:t>
      </w:r>
    </w:p>
    <w:p>
      <w:r>
        <w:t>感谢大连科技学院信息科学与技术学院的各位老师，他们为我提供了良好的学习环境和实验条件。特别是在实验室设备使用和技术支持方面，老师们给予了大力支持。</w:t>
      </w:r>
    </w:p>
    <w:p>
      <w:r>
        <w:t>感谢我的同窗好友们，在我遇到技术难题时，他们总是热情地与我讨论交流，为我提供了很多有价值的建议。</w:t>
      </w:r>
    </w:p>
    <w:p>
      <w:r>
        <w:t>感谢我的家人和朋友，他们的理解和支持是我完成学业的重要动力。在我专心投入毕业设计期间，他们承担了更多的家庭责任，让我能够安心完成学业。</w:t>
      </w:r>
    </w:p>
    <w:p>
      <w:r>
        <w:t>感谢所有为本研究提供参考文献的专家学者，他们的研究成果为本课题提供了重要的理论基础和技术参考。</w:t>
      </w:r>
    </w:p>
    <w:p>
      <w:r>
        <w:t>由于本人水平有限，论文中难免存在不足之处，恳请各位专家和学者批评指正。我将继续努力学习，不断提升自己的专业能力和研究水平，为社会发展贡献自己的力量。</w:t>
      </w:r>
    </w:p>
    <w:p>
      <w:r>
        <w:br/>
        <w:t>Author: 关鹏飞</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